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Regulation of Event Venue Governing Bodies (Conflicts of Interest) Bill [HL]</w:t>
      </w:r>
    </w:p>
    <w:p>
      <w:r>
        <w:rPr>
          <w:sz w:val="20"/>
        </w:rPr>
        <w:t>9 September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https://hansard.parliament.uk/Lords/2026-09-09/debates/6EB30D12-2ADA-4EF1-A770-5F21A79CA9D1/RegulationOfEventVenueGoverningBodiesConflictsOfInterestBillHl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