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Plant Health</w:t>
      </w:r>
    </w:p>
    <w:p>
      <w:r>
        <w:rPr>
          <w:sz w:val="20"/>
        </w:rPr>
        <w:t>9 September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https://hansard.parliament.uk/Commons/2026-09-09/debates/36C4AE4C-8AA0-434A-99B1-53635F448B5D/PlantHealth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