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9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https://hansard.parliament.uk/Lords/2026-09-09/debates/2C68F4BF-DF7D-4728-9655-E1F449F778A3/OathsAndAffirmations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