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Bill</w:t>
      </w:r>
    </w:p>
    <w:p>
      <w:r>
        <w:rPr>
          <w:sz w:val="20"/>
        </w:rPr>
        <w:t>9 September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https://hansard.parliament.uk/Lords/2026-09-09/debates/7E723E8C-FFBC-4CEE-A2C4-7B24A622AC08/HealthBill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