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Parliamentary Works Estimates Commission</w:t>
      </w:r>
    </w:p>
    <w:p>
      <w:r>
        <w:rPr>
          <w:sz w:val="20"/>
        </w:rPr>
        <w:t>8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https://hansard.parliament.uk/Lords/2026-09-08/debates/42102DE8-F3DB-48C2-876B-8B9066A86DD0/ParliamentaryWorksEstimatesCommission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