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Licensing Act 2003 (Mandatory Licensing Conditions) (Amendment) Order 2026</w:t>
      </w:r>
    </w:p>
    <w:p>
      <w:r>
        <w:rPr>
          <w:sz w:val="20"/>
        </w:rPr>
        <w:t>8 September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https://hansard.parliament.uk/Lords/2026-09-08/debates/27E4CF72-52CC-4E4B-A1FC-203D932C9B59/LicensingAct2003MandatoryLicensingConditionsAmendmentOrder2026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