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Bill (Money)</w:t>
      </w:r>
    </w:p>
    <w:p>
      <w:r>
        <w:rPr>
          <w:sz w:val="20"/>
        </w:rPr>
        <w:t>8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</w:t>
      </w:r>
    </w:p>
    <w:p>
      <w:r>
        <w:rPr>
          <w:b/>
        </w:rPr>
        <w:t xml:space="preserve">Topics: </w:t>
      </w:r>
      <w:r>
        <w:rPr>
          <w:sz w:val="20"/>
        </w:rPr>
        <w:t>health bill funding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https://hansard.parliament.uk/Commons/2026-09-08/debates/DE60D5E8-E752-4427-BE8F-648F1D27640A/HealthBillMoney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