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8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https://hansard.parliament.uk/Lords/2026-09-08/debates/077AC50D-5201-4119-BE37-3BED9C62EF85/ArrangementOfBusiness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 begin with the usual warning that if there is a Division in the Chamber while we are sitting the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