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Media Platforms (Ofcom Licensing) Bill [HL]</w:t>
      </w:r>
    </w:p>
    <w:p>
      <w:r>
        <w:rPr>
          <w:sz w:val="20"/>
        </w:rPr>
        <w:t>7 September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https://hansard.parliament.uk/Lords/2026-09-07/debates/677B7596-9A49-4F56-94F9-60172736400E/SocialMediaPlatformsOfcomLicensingBillHl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