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Wilson of Dinton</w:t>
      </w:r>
    </w:p>
    <w:p>
      <w:r>
        <w:rPr>
          <w:sz w:val="20"/>
        </w:rPr>
        <w:t>7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https://hansard.parliament.uk/Lords/2026-09-07/debates/501ABB76-2602-45A2-8E1C-02D38857E1D0/RetirementOfAMemberLordWilsonOfDinton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retirement, with effect from yesterday, of the noble Lord, Lord Wilson of Dinton, pursuant to Section 1 of the House of Lords Reform Act 2014. On behalf of the House, I should like to thank the noble Lord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