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Procedure</w:t>
      </w:r>
    </w:p>
    <w:p>
      <w:r>
        <w:rPr>
          <w:sz w:val="20"/>
        </w:rPr>
        <w:t>7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https://hansard.parliament.uk/Commons/2026-09-07/debates/2FB635F8-FCDE-4B43-A8B4-CB8C411B9A3A/Procedure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