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Prayers</w:t>
      </w:r>
    </w:p>
    <w:p>
      <w:r>
        <w:rPr>
          <w:sz w:val="20"/>
        </w:rPr>
        <w:t>7 September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https://hansard.parliament.uk/Commons/2026-09-07/debates/2E14EF91-7FCE-4C7A-84DC-818D49B3582F/Prayers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