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Joint Committee on the National Security Strategy</w:t>
      </w:r>
    </w:p>
    <w:p>
      <w:r>
        <w:rPr>
          <w:sz w:val="20"/>
        </w:rPr>
        <w:t>7 September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https://hansard.parliament.uk/Commons/2026-09-07/debates/0D2EB49F-80FA-41E8-98FA-5C02D280C186/JointCommitteeOnTheNationalSecurityStrategy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