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Smith of Ranmoor</w:t>
      </w:r>
    </w:p>
    <w:p>
      <w:r>
        <w:rPr>
          <w:sz w:val="20"/>
        </w:rPr>
        <w:t>7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https://hansard.parliament.uk/Lords/2026-09-07/debates/1D16FBAC-9F9B-4A3E-B358-75954035DE68/IntroductionLordSmithOfRanmoor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