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Introduction: Baroness McAnea</w:t>
      </w:r>
    </w:p>
    <w:p>
      <w:r>
        <w:rPr>
          <w:sz w:val="20"/>
        </w:rPr>
        <w:t>7 September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https://hansard.parliament.uk/Lords/2026-09-07/debates/EA8B123E-AC16-437C-BA0B-8836BE98C1F4/IntroductionBaronessMcanea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