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Bill (Programme) (No. 2)</w:t>
      </w:r>
    </w:p>
    <w:p>
      <w:r>
        <w:rPr>
          <w:sz w:val="20"/>
        </w:rPr>
        <w:t>7 September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health bill programme motion, maternity services, nhs procurement, nhs trade, nhs workforce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https://hansard.parliament.uk/Commons/2026-09-07/debates/CF0B8917-F6A0-4956-9BFA-9AF185CE0DA5/HealthBillProgrammeNo2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