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Environment, Food and Rural Affairs</w:t>
      </w:r>
    </w:p>
    <w:p>
      <w:r>
        <w:rPr>
          <w:sz w:val="20"/>
        </w:rPr>
        <w:t>7 September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https://hansard.parliament.uk/Commons/2026-09-07/debates/7707B1D1-A1F2-42EC-8C4A-4F1A2ACD9AF7/EnvironmentFoodAndRuralAffairs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