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Economic Affairs Committee</w:t>
      </w:r>
    </w:p>
    <w:p>
      <w:r>
        <w:rPr>
          <w:sz w:val="20"/>
        </w:rPr>
        <w:t>7 September 2026  ·  Lords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https://hansard.parliament.uk/Lords/2026-09-07/debates/9C2E3552-6E2D-46F8-BA7D-13AEA182A22B/EconomicAffairsCommittee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