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Digital Government (Disclosure of Information) Regulations 2026</w:t>
      </w:r>
    </w:p>
    <w:p>
      <w:r>
        <w:rPr>
          <w:sz w:val="20"/>
        </w:rPr>
        <w:t>7 September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https://hansard.parliament.uk/Lords/2026-09-07/debates/84486070-0FF4-4D1B-A641-1DEF87D595DB/DigitalGovernmentDisclosureOfInformationRegulations2026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