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Building Societies Act 1986 (Assimilation to Company Law and Changes to Funding Limit) Order 2026</w:t>
      </w:r>
    </w:p>
    <w:p>
      <w:r>
        <w:rPr>
          <w:sz w:val="20"/>
        </w:rPr>
        <w:t>7 September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https://hansard.parliament.uk/Lords/2026-09-07/debates/75FED30A-278F-4215-A97A-F7B936AFE351/BuildingSocietiesAct1986AssimilationToCompanyLawAndChangesToFundingLimitOrder2026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