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Building Safety Levy (Amendment) (England) Regulations 2026</w:t>
      </w:r>
    </w:p>
    <w:p>
      <w:r>
        <w:rPr>
          <w:sz w:val="20"/>
        </w:rPr>
        <w:t>7 September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https://hansard.parliament.uk/Lords/2026-09-07/debates/1281A886-99CF-48B5-A456-204159EAB122/BuildingSafetyLevyAmendmentEnglandRegulations2026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