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7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https://hansard.parliament.uk/Lords/2026-09-07/debates/482F2DD8-E2A3-4277-A227-66E290DDB02E/ArrangementOfBusiness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