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Lord Offord  of Garvel</w:t>
      </w:r>
    </w:p>
    <w:p>
      <w:r>
        <w:rPr>
          <w:sz w:val="20"/>
        </w:rPr>
        <w:t>30 January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https://hansard.parliament.uk/Lords/2026-01-30/debates/634ED1C5-DF27-49E9-B04B-BB6AC0164F1B/RetirementOfAMemberLordOffordOfGarvel</w:t>
      </w:r>
    </w:p>
    <w:p/>
    <w:p>
      <w:r>
        <w:rPr>
          <w:b/>
          <w:color w:val="1A4A6E"/>
          <w:sz w:val="22"/>
        </w:rPr>
        <w:t>Lord Gardiner of Kimble (The Senior Deputy Speaker)</w:t>
      </w:r>
    </w:p>
    <w:p>
      <w:r>
        <w:rPr>
          <w:sz w:val="22"/>
        </w:rPr>
        <w:t>My Lords, I should like to notify the House of the retirement, with effect from today, of the noble Lord, Lord Offord of Garvel, pursuant to Section 1 of the House of Lords Reform Act 2014. On behalf of the House, I should like to thank the noble Lord for his 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