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Sporting Events Bill [Lords] (Programme)</w:t>
      </w:r>
    </w:p>
    <w:p>
      <w:r>
        <w:rPr>
          <w:sz w:val="20"/>
        </w:rPr>
        <w:t>3 September 2026  ·  Commons  ·  Debate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programme motion, public bill committee, sporting events bill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https://hansard.parliament.uk/Commons/2026-09-03/debates/0A8D25BF-993B-4203-A68E-978B348AAD26/SportingEventsBillLordsProgramme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