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Representation of the People Bill</w:t>
      </w:r>
    </w:p>
    <w:p>
      <w:r>
        <w:rPr>
          <w:sz w:val="20"/>
        </w:rPr>
        <w:t>3 September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https://hansard.parliament.uk/Lords/2026-09-03/debates/E534130B-637E-4A5D-94C7-A308CF069F99/RepresentationOfThePeopleBill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