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Sarwar</w:t>
      </w:r>
    </w:p>
    <w:p>
      <w:r>
        <w:rPr>
          <w:sz w:val="20"/>
        </w:rPr>
        <w:t>3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https://hansard.parliament.uk/Lords/2026-09-03/debates/CD75E5EA-DAAC-41AA-8A59-239A0568AF76/IntroductionLordSarwar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