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Baroness Mackenzie of Sherwood</w:t>
      </w:r>
    </w:p>
    <w:p>
      <w:r>
        <w:rPr>
          <w:sz w:val="20"/>
        </w:rPr>
        <w:t>3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https://hansard.parliament.uk/Lords/2026-09-03/debates/425A470C-CDD7-4CDB-8DDD-947691C8E4EE/IntroductionBaronessMackenzieOfSherwood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