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https://hansard.parliament.uk/Lords/2026-09-03/debates/88324CDB-7060-49AA-AE06-F58225EDA6A1/ArrangementOfBusiness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