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Availability: South-east</w:t>
      </w:r>
    </w:p>
    <w:p>
      <w:r>
        <w:rPr>
          <w:sz w:val="20"/>
        </w:rPr>
        <w:t>26 November 2025  ·  Commons  ·  Westminster Hall</w:t>
      </w:r>
    </w:p>
    <w:p>
      <w:r>
        <w:rPr>
          <w:b/>
        </w:rPr>
        <w:t xml:space="preserve">Policy areas: </w:t>
      </w:r>
      <w:r>
        <w:rPr>
          <w:sz w:val="20"/>
        </w:rPr>
        <w:t>Economy, Education, training and skills, Employment and labour market, Transport</w:t>
      </w:r>
    </w:p>
    <w:p>
      <w:r>
        <w:rPr>
          <w:b/>
        </w:rPr>
        <w:t xml:space="preserve">Topics: </w:t>
      </w:r>
      <w:r>
        <w:rPr>
          <w:sz w:val="20"/>
        </w:rPr>
        <w:t>car dependency, driving test availability, driving test waiting times, impact on life chances, securing driving test slots</w:t>
      </w:r>
    </w:p>
    <w:p>
      <w:r>
        <w:rPr>
          <w:b/>
        </w:rPr>
        <w:t xml:space="preserve">Source: </w:t>
      </w:r>
      <w:r>
        <w:rPr>
          <w:sz w:val="20"/>
        </w:rPr>
        <w:t>https://hansard.parliament.uk/Commons/2025-11-26/debates/0C72DCF2-99EB-42FE-80EF-92EE67F99D92/DrivingTestAvailabilitySoutheast</w:t>
      </w:r>
    </w:p>
    <w:p/>
    <w:p>
      <w:r>
        <w:rPr>
          <w:b/>
          <w:color w:val="1A4A6E"/>
          <w:sz w:val="22"/>
        </w:rPr>
        <w:t>Al Pinkerton (LD)</w:t>
      </w:r>
    </w:p>
    <w:p>
      <w:r>
        <w:rPr>
          <w:sz w:val="22"/>
        </w:rPr>
        <w:t>I beg to move,</w:t>
      </w:r>
    </w:p>
    <w:p>
      <w:r>
        <w:rPr>
          <w:sz w:val="22"/>
        </w:rPr>
        <w:t>That this House has considered the availability of driving tests in the South East.</w:t>
      </w:r>
    </w:p>
    <w:p>
      <w:r>
        <w:rPr>
          <w:sz w:val="22"/>
        </w:rPr>
        <w:t>It is a pleasure to serve under your chairmanship this morning, Mrs Harris. I extend my gratitude to all right hon. and hon. Members for participating in this important debate on a topic that occupies a large part of their email inboxes every week, if theirs are anything like mine.</w:t>
      </w:r>
    </w:p>
    <w:p>
      <w:r>
        <w:rPr>
          <w:sz w:val="22"/>
        </w:rPr>
        <w:t>I want to begin by thanking the hundreds of Surrey Heath residents who responded to my driving test survey, and the 165 people who completed the survey organised by the Chamber engagement team over recent days and weeks. Since becoming the Member of Parliament for Surrey Heath, the driving test has been one of the most persistent issues in my email inbox over the last 16 months. Across Surrey Heath, families describe a weekly ritual of setting alarms at 5.30 am, logging on to the Driving and Vehicle Standards Agency website, and joining a queue of thousands of people before the 6 am release of driving test slots. Even when local slots become available, they can vanish within seconds due to website glitches, failed payments or fierce automated competition from bots, similar to the scramble for Oasis or Taylor Swift tickets. Yet unlike those elusive one-off concerts, this frustrating and anxiety-ridden cycle repeats every Monday, often for weeks and months, before many are finally able to secure a test.</w:t>
      </w:r>
    </w:p>
    <w:p>
      <w:r>
        <w:rPr>
          <w:sz w:val="22"/>
        </w:rPr>
        <w:t>Young people who have worked hard to reach test readiness find themselves stuck in prolonged limbo. Their confidence declines, practical skills fade and their opportunities narrow. In Surrey Heath, which is, I am slightly ashamed to say, the second most car-dependent constituency in the entire country, that is especially damaging. With slow and infrequent buses, limited rail capacity and persistent congestion on arterial roads—most famously the A322 and junction 3 of the M3—public transport is simply not a realistic alternative. For many young people, being unable to drive directly restricts access to education, training and entry-level employment.</w:t>
      </w:r>
    </w:p>
    <w:p/>
    <w:p>
      <w:r>
        <w:rPr>
          <w:b/>
          <w:color w:val="1A4A6E"/>
          <w:sz w:val="22"/>
        </w:rPr>
        <w:t>Calum Miller (LD)</w:t>
      </w:r>
    </w:p>
    <w:p>
      <w:r>
        <w:rPr>
          <w:sz w:val="22"/>
        </w:rPr>
        <w:t>Constituents of mine, like those of my hon. Friend, are part of the 6 am scramble, with thousands of people ahead of them in the queue. Does he share my view that the inability of young people to access driving tests is harming their life chances? That is particularly true of those with special needs, or those who have caring responsibilities and are unable to live up to those responsibilities while also seeking the right to drive.</w:t>
      </w:r>
    </w:p>
    <w:p/>
    <w:p>
      <w:r>
        <w:rPr>
          <w:b/>
          <w:color w:val="1A4A6E"/>
          <w:sz w:val="22"/>
        </w:rPr>
        <w:t>Pinkerton</w:t>
      </w:r>
    </w:p>
    <w:p>
      <w:r>
        <w:rPr>
          <w:sz w:val="22"/>
        </w:rPr>
        <w:t>I am grateful to my hon. Friend for his observations. I also have constituents who have caring responsibilities and find themselves unable to fulfil those to the fullest capacity that they would like to because of those restrictions.</w:t>
      </w:r>
    </w:p>
    <w:p>
      <w:r>
        <w:rPr>
          <w:sz w:val="22"/>
        </w:rPr>
        <w:t>Of course, on Budget day we also think about economic growth and the curtailed economic opportunities that young people have. If we want to make our economy grow again, everybody needs to be able to work to the fullest extent that they can.</w:t>
      </w:r>
    </w:p>
    <w:p/>
    <w:p>
      <w:r>
        <w:rPr>
          <w:b/>
          <w:color w:val="1A4A6E"/>
          <w:sz w:val="22"/>
        </w:rPr>
        <w:t>Jim Shannon (DUP)</w:t>
      </w:r>
    </w:p>
    <w:p>
      <w:r>
        <w:rPr>
          <w:sz w:val="22"/>
        </w:rPr>
        <w:t>I congratulate the hon. Gentleman on securing this debate. It is not just a Surrey Heath issue; it is an issue across the whole of the United Kingdom. In my Strangford constituency in Northern Ireland there are populated areas where people have to wait for up to 12 weeks—not as long as the hon. Gentleman mentioned, but the time slot is significant. I aways try to be constructive and helpful in my interventions. Does the hon. Member agree that more funding could be allocated to support the recruitment of more examiners, with sufficient pay and job benefits to discourage high turnover in the role that they play?</w:t>
      </w:r>
    </w:p>
    <w:p/>
    <w:p>
      <w:r>
        <w:rPr>
          <w:b/>
          <w:color w:val="1A4A6E"/>
          <w:sz w:val="22"/>
        </w:rPr>
        <w:t>Pinkerton</w:t>
      </w:r>
    </w:p>
    <w:p>
      <w:r>
        <w:rPr>
          <w:sz w:val="22"/>
        </w:rPr>
        <w:t>I am grateful to the hon. Gentleman for his observation. He is right to identify that rural and semi-rural communities are particularly badly affected, because of the very often skeletal public transport systems. I will come on to potential solutions to the challenge as I reach the conclusion of my contribution.</w:t>
      </w:r>
    </w:p>
    <w:p>
      <w:r>
        <w:rPr>
          <w:sz w:val="22"/>
        </w:rPr>
        <w:t>Parents described to me the practical and emotional toll of the crisis: driving teenagers to work or college several times a week, rearranging family routines and supporting young people who are increasingly demoralised. Others tell me that their children have delayed job applications or turned down work altogether because they cannot secure the driving tests they need to unlock those important employment opportunities.</w:t>
      </w:r>
    </w:p>
    <w:p>
      <w:r>
        <w:rPr>
          <w:sz w:val="22"/>
        </w:rPr>
        <w:t>One of my constituents, George, has been trying to acquire a driving test for two years after passing his theory test. He is autistic and unable to undertake long journeys to distant test centres, yet he receives no preferential consideration despite being registered for personal independence payments. He told me that he is losing heart over driving, and fears that without a licence he may be condemned to welfare dependency for life, as he is unable to reach his job in hospitality, which requires late-evening travel that public transport in Surrey Heath simply does not support. That is not an isolated case; it is emblematic of a system that is failing the people who rely on it most.</w:t>
      </w:r>
    </w:p>
    <w:p/>
    <w:p>
      <w:r>
        <w:rPr>
          <w:b/>
          <w:color w:val="1A4A6E"/>
          <w:sz w:val="22"/>
        </w:rPr>
        <w:t>Mark Francois (Con)</w:t>
      </w:r>
    </w:p>
    <w:p>
      <w:r>
        <w:rPr>
          <w:sz w:val="22"/>
        </w:rPr>
        <w:t>Unfortunately, it was right that Loveday Ryder, the previous chief executive of the DVSA, had to resign because of this terrible ongoing problem. Does the hon. Gentleman agree that we need new leadership at that organisation, to grip this problem with alacrity? We must particularly address the problem of bots sweeping up the tests, as there is not much point in increasing the number of tests if the bots capture them. We are then back to the 6 am problem of parents dialling in, which he has articulated so well.</w:t>
      </w:r>
    </w:p>
    <w:p/>
    <w:p>
      <w:r>
        <w:rPr>
          <w:b/>
          <w:color w:val="1A4A6E"/>
          <w:sz w:val="22"/>
        </w:rPr>
        <w:t>Pinkerton</w:t>
      </w:r>
    </w:p>
    <w:p>
      <w:r>
        <w:rPr>
          <w:sz w:val="22"/>
        </w:rPr>
        <w:t>I am incredibly grateful to the right hon. Gentleman for that very important observation. The plight of bots stealing places from under people on a Government-registered system strikes me as utterly inappropriate. I have heard internal stories that the DVSA has been in a state of upendedness for some time. I am also grateful to him for his observation about Loveday Ryder.</w:t>
      </w:r>
    </w:p>
    <w:p>
      <w:r>
        <w:rPr>
          <w:sz w:val="22"/>
        </w:rPr>
        <w:t>As of June, the average waiting time for a practical driving test stood at about 22 weeks, although the nearest centres for my constituents, in Farnborough and Guildford, reported waits of 24 weeks. Many have told me that they have waited up to a year to secure a test slot.</w:t>
      </w:r>
    </w:p>
    <w:p/>
    <w:p>
      <w:r>
        <w:rPr>
          <w:b/>
          <w:color w:val="1A4A6E"/>
          <w:sz w:val="22"/>
        </w:rPr>
        <w:t>Monica Harding (LD)</w:t>
      </w:r>
    </w:p>
    <w:p>
      <w:r>
        <w:rPr>
          <w:sz w:val="22"/>
        </w:rPr>
        <w:t>I am one of those parents who scrambles for the driving test, and many of my constituents have written to me about this issue. For Martha in Molesey it took more than 15 months, and for Evan in Thames Ditton it took more than six months. Last week, one of the driving instructors in my constituency told me that a lack of tests affects every single one of their students In 2023, the DVSA temporarily moved a significant amount of its workforce into examiner roles, and that enabled 150,000 test slots over six months. Does my hon. Friend agree that that is the way to go—</w:t>
      </w:r>
    </w:p>
    <w:p/>
    <w:p>
      <w:r>
        <w:rPr>
          <w:b/>
          <w:color w:val="1A4A6E"/>
          <w:sz w:val="22"/>
        </w:rPr>
        <w:t>Carolyn Harris</w:t>
      </w:r>
    </w:p>
    <w:p>
      <w:r>
        <w:rPr>
          <w:sz w:val="22"/>
        </w:rPr>
        <w:t>Order. I remind hon. Members that interventions are meant to be just that: a short intervention, not a speech.</w:t>
      </w:r>
    </w:p>
    <w:p/>
    <w:p>
      <w:r>
        <w:rPr>
          <w:b/>
          <w:color w:val="1A4A6E"/>
          <w:sz w:val="22"/>
        </w:rPr>
        <w:t>Pinkerton</w:t>
      </w:r>
    </w:p>
    <w:p>
      <w:r>
        <w:rPr>
          <w:sz w:val="22"/>
        </w:rPr>
        <w:t>My hon. Friend’s constituents are clearly suffering from exactly the same challenges as mine in Surrey Heath. I will talk about some of the actions that have already been taken, and how they might be pushed further and faster.</w:t>
      </w:r>
    </w:p>
    <w:p>
      <w:r>
        <w:rPr>
          <w:sz w:val="22"/>
        </w:rPr>
        <w:t>The delays place immense pressure on learners, particularly those needing to make a second or third attempt at taking their practical test. Many face a further six-month wait for a resit, which forces them to take regular lessons simply to stay test ready. The national pass rate was 49.9% in October 2025, so almost half of all candidates taking their driving test must restart the cycle without any guarantee of a timely retest.</w:t>
      </w:r>
    </w:p>
    <w:p>
      <w:r>
        <w:rPr>
          <w:sz w:val="22"/>
        </w:rPr>
        <w:t>One of the most serious concerns that my constituents raise is the prevalence of bots and third-party reselling. Automated bots secure test slots the moment they are released and resell them at heavily inflated prices—often between £150 and £300.</w:t>
      </w:r>
    </w:p>
    <w:p/>
    <w:p>
      <w:r>
        <w:rPr>
          <w:b/>
          <w:color w:val="1A4A6E"/>
          <w:sz w:val="22"/>
        </w:rPr>
        <w:t>Edward Morello (LD)</w:t>
      </w:r>
    </w:p>
    <w:p>
      <w:r>
        <w:rPr>
          <w:sz w:val="22"/>
        </w:rPr>
        <w:t>When my hon. Friend talked about a 23-week wait, my immediate thought was, “Oh, luxury!” A constituent in West Dorset contacted me to say that he faces a 24-month wait to find a single test within a 50-mile radius. That is one of the problems with being in a beautiful part of rural Britain. The only alternative is to pay more than £200 to one of the resellers. Does my hon. Friend agree that that is exploitation of the most vulnerable?</w:t>
      </w:r>
    </w:p>
    <w:p/>
    <w:p>
      <w:r>
        <w:rPr>
          <w:b/>
          <w:color w:val="1A4A6E"/>
          <w:sz w:val="22"/>
        </w:rPr>
        <w:t>Pinkerton</w:t>
      </w:r>
    </w:p>
    <w:p>
      <w:r>
        <w:rPr>
          <w:sz w:val="22"/>
        </w:rPr>
        <w:t>As an MP for a rural constituency, I know that my hon. Friend’s constituents will feel that pressure with particular force. They experience exactly the same kind of employment curtailment as my constituents in Surrey Heath.</w:t>
      </w:r>
    </w:p>
    <w:p>
      <w:r>
        <w:rPr>
          <w:sz w:val="22"/>
        </w:rPr>
        <w:t>My constituents have further highlighted that websites such as Pass Faster are advertising guaranteed tests anywhere in the UK within four to six weeks. They charge the £62 DVSA fee, plus an additional £88 finder’s fee. The distorted marketplace leaves many families with no choice but to engage with those services, despite their deep frustration at the cost. Those who cannot face that cycle often end up travelling extraordinary distances. Some Surrey Heath families are forced to book tests in Cornwall, Taunton, Kendal, Birmingham or Leeds—all examples from my own constituents. One family told me that they undertook a staggering 728-mile round trip to Berwick-upon-Tweed. Another, after spending more than £2,000, had to travel to the Isle of Wight because it was the nearest available test slot.</w:t>
      </w:r>
    </w:p>
    <w:p/>
    <w:p>
      <w:r>
        <w:rPr>
          <w:b/>
          <w:color w:val="1A4A6E"/>
          <w:sz w:val="22"/>
        </w:rPr>
        <w:t>Sarah Green (LD)</w:t>
      </w:r>
    </w:p>
    <w:p>
      <w:r>
        <w:rPr>
          <w:sz w:val="22"/>
        </w:rPr>
        <w:t>I recognise what my hon. Friend is describing. Last week, I received an email from a constituent who travelled 200 miles from Amersham to Rochdale for the same reason. She felt she had been</w:t>
      </w:r>
    </w:p>
    <w:p>
      <w:r>
        <w:rPr>
          <w:sz w:val="22"/>
        </w:rPr>
        <w:t>“penalised for following the rules”</w:t>
      </w:r>
    </w:p>
    <w:p>
      <w:r>
        <w:rPr>
          <w:sz w:val="22"/>
        </w:rPr>
        <w:t>because she was forced to go down that route. Does my hon. Friend agree with her?</w:t>
      </w:r>
    </w:p>
    <w:p/>
    <w:p>
      <w:r>
        <w:rPr>
          <w:b/>
          <w:color w:val="1A4A6E"/>
          <w:sz w:val="22"/>
        </w:rPr>
        <w:t>Pinkerton</w:t>
      </w:r>
    </w:p>
    <w:p>
      <w:r>
        <w:rPr>
          <w:sz w:val="22"/>
        </w:rPr>
        <w:t>I absolutely agree. Rochdale undoubtedly has its charms and pleasures, but to be forced to go there to secure a driving test slot seems unfair to the individual involved.</w:t>
      </w:r>
    </w:p>
    <w:p/>
    <w:p>
      <w:r>
        <w:rPr>
          <w:b/>
          <w:color w:val="1A4A6E"/>
          <w:sz w:val="22"/>
        </w:rPr>
        <w:t>Jamie Stone (LD)</w:t>
      </w:r>
    </w:p>
    <w:p>
      <w:r>
        <w:rPr>
          <w:sz w:val="22"/>
        </w:rPr>
        <w:t>My hon. Friend mentioned Berwick-upon-Tweed. Might I tempt him further north to the most remote part of the British mainland—my constituency? We have exactly the same problem. When my hon. Friend looks for solutions, does he agree that some form of statistical analysis and a map showing where the problem and good areas are would not only be helpful but might concentrate the attention of Ministers?</w:t>
      </w:r>
    </w:p>
    <w:p/>
    <w:p>
      <w:r>
        <w:rPr>
          <w:b/>
          <w:color w:val="1A4A6E"/>
          <w:sz w:val="22"/>
        </w:rPr>
        <w:t>Pinkerton</w:t>
      </w:r>
    </w:p>
    <w:p>
      <w:r>
        <w:rPr>
          <w:sz w:val="22"/>
        </w:rPr>
        <w:t>My hon. Friend can always tempt me further north to his wonderful constituency. We have another example of a rural constituency where constituents feel this pressure acutely. That is neither fair nor sustainable. It undermines confidence in a Government-run system. It places young people in the south-east—if I might focus on them in particular—at a clear disadvantage, and risks eroding test availability for learners across the country.</w:t>
      </w:r>
    </w:p>
    <w:p>
      <w:r>
        <w:rPr>
          <w:sz w:val="22"/>
        </w:rPr>
        <w:t>The financial impact on young drivers and families is unaffordable. With lessons costing around £50 per hour and long gaps between tests, families must pay for repeated sessions simply to maintain proficiency. Some local households report spending more than £2,000 just to pass a driving test, while others exceed £5,000 as delays drag on. When parents are forced to travel to distant and unfamiliar test centres, the costs rise still further, from fuel and time taken off work to, in some cases, the price of overnight accommodation.</w:t>
      </w:r>
    </w:p>
    <w:p>
      <w:r>
        <w:rPr>
          <w:sz w:val="22"/>
        </w:rPr>
        <w:t>Although I welcome the Government’s seven-point plan, including the Department’s commitment to recruit 450 new examiners, the Secretary of State has confirmed that the net gain of new examiners will be only 40. More must be done to retain high-quality examiners and reduce turnover, which continues to drive capacity shortages. The Ministry of Defence’s deployment of 36 defence driving examiners is also a welcome step, but it risks stretching defence resources at a time of increasing geopolitical instability, and will do little to address the extent of the backlog. The Secretary of State confirmed to the Transport Committee on 12 November that the Government will not meet their target of returning waiting times to seven weeks by the summer of 2026. For families who have already spent months trying to secure a test, that is an unacceptably long timeframe for meaningful improvement.</w:t>
      </w:r>
    </w:p>
    <w:p>
      <w:r>
        <w:rPr>
          <w:sz w:val="22"/>
        </w:rPr>
        <w:t>Based on the testimony of my constituents, I urge the Minister to consider the following practical steps that may help to alleviate some of the challenges that we all experience in our constituencies. The Government should introduce a focused programme of enhanced examiner recruitment and retention, particularly in the south-east of England, where demand is demonstrably at its highest. They should expand the narrow 6 am Monday release window that fuels intense competition and unnecessary stress for those having to get up at that time. They should implement a genuinely fair geographical set of booking rules, with full transparency over how they are applied, and match them with sufficient test capacity in high-demand areas. As my hon. Friend the Member for Caithness, Sutherland and Easter Ross (Jamie Stone) alluded to, that would require a greater geographical sense of where demand is at its peak. They should explore temporary test centres or extend testing hours to reduce backlogs. Finally, they should implement robust protections against bots and third-party reselling, to restore fairness, trust and integrity in the booking process.</w:t>
      </w:r>
    </w:p>
    <w:p>
      <w:r>
        <w:rPr>
          <w:sz w:val="22"/>
        </w:rPr>
        <w:t>My constituents understand that the pandemic created a significant backlog in driving tests, and they understand the challenges of examiner recruitment. What they cannot accept, nearly half a decade after the pandemic, is a system that forces them to wake at dawn every Monday, travel hundreds of miles for a test or pay inflated fees to third parties, just because the DVSA booking system cannot adequately meet demand. My Surrey Heath constituents need a driving test system that is fair, functional and fit for purpose, and I am sure that right hon. and hon. Members from across the House will agree that the current system is not delivering for young people or, indeed, for older learners—I think we are going to hear a right hon. Member comment on that. I hope the Minister will take the concerns I have outlined seriously and help to restore the accessibility, trust and fairness that young people and families in the south-east deserve.</w:t>
      </w:r>
    </w:p>
    <w:p/>
    <w:p>
      <w:r>
        <w:rPr>
          <w:b/>
          <w:color w:val="1A4A6E"/>
          <w:sz w:val="22"/>
        </w:rPr>
        <w:t>Peter Swallow (Lab)</w:t>
      </w:r>
    </w:p>
    <w:p>
      <w:r>
        <w:rPr>
          <w:sz w:val="22"/>
        </w:rPr>
        <w:t>It is an honour to serve under your chairship, Mrs Harris. I thank the hon. Member for Surrey Heath (Dr Pinkerton), who is my constituency neighbour, for securing the debate and opening the discussion so comprehensively.</w:t>
      </w:r>
    </w:p>
    <w:p>
      <w:r>
        <w:rPr>
          <w:sz w:val="22"/>
        </w:rPr>
        <w:t>Colleagues may remember that I led a debate on this very subject in this very Chamber just over a year ago. Accessing driving tests continues to be a source of frustration for constituents across Bracknell Forest. Wait times for a practical test in the south-east remain among the highest in the country, creating a barrier to opportunity for young people and all those who want the freedom that comes from passing their driving test.</w:t>
      </w:r>
    </w:p>
    <w:p/>
    <w:p>
      <w:r>
        <w:rPr>
          <w:b/>
          <w:color w:val="1A4A6E"/>
          <w:sz w:val="22"/>
        </w:rPr>
        <w:t>Tom Rutland (Lab)</w:t>
      </w:r>
    </w:p>
    <w:p>
      <w:r>
        <w:rPr>
          <w:sz w:val="22"/>
        </w:rPr>
        <w:t>My hon. Friend has made it clear that the issue of delayed freedom is not limited to my constituents in East Worthing and Shoreham. My constituent Angela told me that last year the nearest test available for her daughter was in Liverpool, and local driving instructor Lawrence has many test-ready clients who are unable to take a test, which impacts his livelihood. Does my hon. Friend agree that the Government are right to ban bots from booking tests and to increase the number of tests available? They are tackling the touts so that our constituents can get off the waiting lists and get on with their lives.</w:t>
      </w:r>
    </w:p>
    <w:p/>
    <w:p>
      <w:r>
        <w:rPr>
          <w:b/>
          <w:color w:val="1A4A6E"/>
          <w:sz w:val="22"/>
        </w:rPr>
        <w:t>Peter Swallow</w:t>
      </w:r>
    </w:p>
    <w:p>
      <w:r>
        <w:rPr>
          <w:sz w:val="22"/>
        </w:rPr>
        <w:t>Absolutely. I say gently that my hon. Friend’s contribution is slightly more up to date than some of those we heard from the Liberal Democrats earlier, because the Government have already taken action on banning bots. I will come to that in a moment.</w:t>
      </w:r>
    </w:p>
    <w:p>
      <w:r>
        <w:rPr>
          <w:sz w:val="22"/>
        </w:rPr>
        <w:t>I know that the Government take this issue seriously, and we are already seeing progress. Focused efforts, including on recruiting driving examiners and improving booking systems, have meant that the DVSA conducted an extra 56,336 tests between June and October 2025, compared with the same period in 2024. I take this opportunity to thank the Minister for all the work he is doing on this vital issue.</w:t>
      </w:r>
    </w:p>
    <w:p>
      <w:r>
        <w:rPr>
          <w:sz w:val="22"/>
        </w:rPr>
        <w:t>It is clear to many, particularly in the south-east, that there is definitely more to do, so I fully welcome the Government’s recent announcement on further actions on driving test availability. I was particularly pleased to hear that action will be taken to ensure that only learners themselves will be able to book tests. That will prevent bots from block booking precious slots and selling them on at a substantially marked-up price. We have already heard about the frustration of well-meaning people who just want to get on and book their test, but feel that the only way to get a precious driving test is to use a dodgy site, which may leave them exposed to fraud or greatly increased fees, so it is fantastic to see action being taken. I called for it in my debate last year and am really pleased to see the Government delivering it. What timescale is expected for the implementation of this welcome change?</w:t>
      </w:r>
    </w:p>
    <w:p>
      <w:r>
        <w:rPr>
          <w:sz w:val="22"/>
        </w:rPr>
        <w:t>The use of defence driving examiners is a hugely welcome intervention, although I note that the specific test centres set to benefit have not yet been announced. I am sure that I speak for many colleagues from across the south-east when I urge the Minister to bear in mind the high need in our region when he makes the decisions. I also remind him that Bracknell is not served by its own test centre, with the two nearest being in Reading and Farnborough. I therefore press the Minister again for a test centre in Bracknell, which would also benefit constituents of the hon. Member for Surrey Heath, who I am sure would support it. [ Interruption. ] I see him nodding.</w:t>
      </w:r>
    </w:p>
    <w:p>
      <w:r>
        <w:rPr>
          <w:sz w:val="22"/>
        </w:rPr>
        <w:t>There is always more that can be done, and I want to use my time in this debate to highlight the desperate need to improve the recruitment and retention of examiners. In 2024, the most common answer to the question, “What more can DVSA do to support you?” in the DVSA’s annual survey of driving instructors was, “Increase driving examiner recruitment and retention”. Although the use of defence driving examiners is welcome, it is not a permanent solution. If we are to meet the Government’s target of reducing test waiting times to an average of seven weeks by summer 2026, we must be more ambitious both in our actions and in how fast we work to implement them, and to prevent shortages from reoccurring we should ensure that driving test examining is an attractive, long-term career option. I would be grateful for the Minister’s thoughts on what more we can do to end the current backlog and ensure that our driving test system remains efficient and sustainable long into the future.</w:t>
      </w:r>
    </w:p>
    <w:p>
      <w:r>
        <w:rPr>
          <w:sz w:val="22"/>
        </w:rPr>
        <w:t>The Government inherited a tremendous driving test backlog. Although progress has been made, there is still a lot more to do so that my constituents in Bracknell Forest are no longer being driven up the wall, but are instead back in the driver’s seat.</w:t>
      </w:r>
    </w:p>
    <w:p/>
    <w:p>
      <w:r>
        <w:rPr>
          <w:b/>
          <w:color w:val="1A4A6E"/>
          <w:sz w:val="22"/>
        </w:rPr>
        <w:t>Sir Iain Duncan Smith (Con)</w:t>
      </w:r>
    </w:p>
    <w:p>
      <w:r>
        <w:rPr>
          <w:sz w:val="22"/>
        </w:rPr>
        <w:t>It is always a welcome thing to be in the same room as you, Mrs Harris, let alone to be chaired by you.</w:t>
      </w:r>
    </w:p>
    <w:p>
      <w:r>
        <w:rPr>
          <w:sz w:val="22"/>
        </w:rPr>
        <w:t>I congratulate the hon. Member for Surrey Heath (Dr Pinkerton) on securing this debate on a much bigger issue than people might think at first glance. I personally got into a bit of difficulty over this when I decided to take up motorcycling again a few years ago—the House of Commons just wasn’t risky enough. I got within about three days of being able to take my test, because the theory test was about to run out, and I would have had to repeat the whole thing because I was not able to book the test. So I understand at first hand the problems others have had. When I mentioned this debate, I was flooded by my constituents’ comments, which brought home to me the fact that this is an ever-present and timely debate. I congratulate the hon. Gentleman again on securing it.</w:t>
      </w:r>
    </w:p>
    <w:p>
      <w:r>
        <w:rPr>
          <w:sz w:val="22"/>
        </w:rPr>
        <w:t>The reality is that there has been a lot of talk about this issue under both Governments but, as yet, no great move to make changes. I want to read out a couple of the huge number of comments that came in from constituents. Mark simply calls the inability to get driving tests properly “shameful”. He also talks about the bots; I accept that the Government have said they are going to deal with them, but it is a complex issue. The sooner they deal with it, the better, because, as the hon. Member for Bracknell (Peter Swallow) said, the bots get the tests and then resell them at much higher prices, which makes it difficult for people who are on a low income to even afford a test. They then queue up and if they are too late on the telephone, it is hopeless.</w:t>
      </w:r>
    </w:p>
    <w:p>
      <w:r>
        <w:rPr>
          <w:sz w:val="22"/>
        </w:rPr>
        <w:t>The other comment is from Theresa, who said:</w:t>
      </w:r>
    </w:p>
    <w:p>
      <w:r>
        <w:rPr>
          <w:sz w:val="22"/>
        </w:rPr>
        <w:t>“For over a year, my son has been attempting to secure a practical driving test, but available dates are extremely limited, and any cancellations are immediately taken. This prolonged delay is causing significant disruption to his career. Driving is essential for his work, as he needs to travel between multiple job sites. The inability to obtain a test date is preventing him from taking on assignments, limiting his earning potential”</w:t>
      </w:r>
    </w:p>
    <w:p>
      <w:r>
        <w:rPr>
          <w:sz w:val="22"/>
        </w:rPr>
        <w:t>and causing him particular difficulty and professional and financial strain. It is, then, a human problem. The idea that getting a test is a good thing is not just a technical one; for lots of people, it is about their earnings and their ability to improve their lives, which is what we should all be concerned about.</w:t>
      </w:r>
    </w:p>
    <w:p>
      <w:r>
        <w:rPr>
          <w:sz w:val="22"/>
        </w:rPr>
        <w:t>When I put the matter to local driving instructors, I was completely overwhelmed by their fury and anger about what is going on. I will not quote everything they said, because some of it is not quotable here in the Chamber. I suppose I probably could among friends, but I do not think I will—I will restrict myself to spare myself your fury, Mrs Harris, and just talk about the generalities of what they said.</w:t>
      </w:r>
    </w:p>
    <w:p/>
    <w:p>
      <w:r>
        <w:rPr>
          <w:b/>
          <w:color w:val="1A4A6E"/>
          <w:sz w:val="22"/>
        </w:rPr>
        <w:t>Francois</w:t>
      </w:r>
    </w:p>
    <w:p>
      <w:r>
        <w:rPr>
          <w:sz w:val="22"/>
        </w:rPr>
        <w:t>Tell us!</w:t>
      </w:r>
    </w:p>
    <w:p/>
    <w:p>
      <w:r>
        <w:rPr>
          <w:b/>
          <w:color w:val="1A4A6E"/>
          <w:sz w:val="22"/>
        </w:rPr>
        <w:t>Sir Iain Duncan Smith</w:t>
      </w:r>
    </w:p>
    <w:p>
      <w:r>
        <w:rPr>
          <w:sz w:val="22"/>
        </w:rPr>
        <w:t>I will write to you all.</w:t>
      </w:r>
    </w:p>
    <w:p>
      <w:r>
        <w:rPr>
          <w:sz w:val="22"/>
        </w:rPr>
        <w:t>The main thing was that someone learning to be an instructor has two years after passing the part 1 test, which is the theory, to complete part 2, the extended driving test, and part 3, the teaching ability test. The limited availability of parts 2 and 3 causes massive problems and means that trainees abandon the course, losing thousands of pounds. We should make it easier for them to get through because we need more examiners —we need more people to train people to learn to drive. If we choke off that supply, there is no chance of anybody getting tests because there will be no people to carry them out.</w:t>
      </w:r>
    </w:p>
    <w:p>
      <w:r>
        <w:rPr>
          <w:sz w:val="22"/>
        </w:rPr>
        <w:t>There is also the misleading test availability. One pupil was sent a DVSA link to book a practical test after passing the theory test, but no available slots were shown in her area for two years, despite weekly test slot releases. I have already mentioned the bulk buying, and there is another issue. In April 2015, the average waiting time in Chingford and Woodford Green was 6.3 weeks—I think that is too long, but there it is. By September 2024, the average waiting time was 24 weeks and rising, and it has gone up since then. So this has become a massive issue. It is a massive issue in respect of people’s ability to earn a living and a massive issue for people who have a personal need to drive—perhaps because they look after somebody with disabilities or other problems. All this impacts hugely on their ability to live full and complete lives.</w:t>
      </w:r>
    </w:p>
    <w:p>
      <w:r>
        <w:rPr>
          <w:sz w:val="22"/>
        </w:rPr>
        <w:t>At the end of the day, why are driving test slots so limited across the UK right now? Why are we not training more people? Why are we not making more slots available? Why are we not acting now to get rid of the business of bulk buying and then resale? We should be tackling that straight away. I simply say, on behalf of my constituents and those who have been training to become instructors and testers, that their exasperation, which I am sure others here today have felt, is remarkable. This issue is affecting all of their lives, and we should make it a priority. Too often it has been shunted into the background by successive Governments, on both sides of the fence. Now is the time to act, and I urge the Minister to give us a clear timetable for when he will act and how the Government will sort out this problem.</w:t>
      </w:r>
    </w:p>
    <w:p/>
    <w:p>
      <w:r>
        <w:rPr>
          <w:b/>
          <w:color w:val="1A4A6E"/>
          <w:sz w:val="22"/>
        </w:rPr>
        <w:t>Anna Sabine (LD)</w:t>
      </w:r>
    </w:p>
    <w:p>
      <w:r>
        <w:rPr>
          <w:sz w:val="22"/>
        </w:rPr>
        <w:t>It is a pleasure to serve under your chairmanship, Mrs Harris. I thank my hon. Friend the Member for Surrey Heath (Dr Pinkerton) for bringing forward this important topic. The severe lack of driving tests has a profound impact on people’s ability to work, study and participate fully in everyday life. Also, as a parent of teenagers, I really need them to be able to pass their test and not rely on me for lifts, so this is an important subject for me personally. [ Laughter. ]</w:t>
      </w:r>
    </w:p>
    <w:p>
      <w:r>
        <w:rPr>
          <w:sz w:val="22"/>
        </w:rPr>
        <w:t>I acknowledge, as many colleagues have done, the Government’s recent announcement to limit the use of bots that scrape and reserve driving test slots. That is certainly a step in the right direction, and I welcome any action that reduces unfair access to appointments, but evidence from my constituency makes it clear that the problems in the system run much deeper than automated bots alone.</w:t>
      </w:r>
    </w:p>
    <w:p>
      <w:r>
        <w:rPr>
          <w:sz w:val="22"/>
        </w:rPr>
        <w:t>I recently conducted a survey of learner drivers in Frome and East Somerset, and the results were stark. About 80% of respondents told us that they were learning to drive because public transport is unreliable or simply not available. I know all too well the problems that people have with buses locally: it is almost impossible to travel from east to west across the constituency. Others said that they work right across the UK and employers increasingly prefer, and in some cases require, staff who can drive. A significant number told us that employers simply will not hire someone who relies on public transport. When asked why they needed a licence, 23% said it was essential for accessing education and 54% said it was necessary for travel to work—more than half of respondents need to drive simply to be employed. Learning to drive is often an economic necessity.</w:t>
      </w:r>
    </w:p>
    <w:p>
      <w:r>
        <w:rPr>
          <w:sz w:val="22"/>
        </w:rPr>
        <w:t>However, the greatest concern that people raised was the severe shortage of driving tests. In our survey, the majority of learners waited four months or more for a test date, one in five waited more than six months, and nearly 29% waited between four and six months. When two thirds of candidates are waiting more than four months for a test, the system is not merely stretched—it is absolutely failing. Some constituents were forced to book their initial test in Liverpool, Nottingham, Swansea, Plymouth, Newport or even Aberdeen, and then spend months trying to swap to a local date. That is not a functioning national system.</w:t>
      </w:r>
    </w:p>
    <w:p>
      <w:r>
        <w:rPr>
          <w:sz w:val="22"/>
        </w:rPr>
        <w:t>Let me use the example of my constituent Poppy, a graduate who has come back to Frome after finishing university and is looking for a job. Poppy tells me that no driving tests are available to book, seemingly anywhere in the country, for the next 24 weeks. She says:</w:t>
      </w:r>
    </w:p>
    <w:p>
      <w:r>
        <w:rPr>
          <w:sz w:val="22"/>
        </w:rPr>
        <w:t>“The govt’s idea to ban bots and booking tests in other areas is a good start”,</w:t>
      </w:r>
    </w:p>
    <w:p>
      <w:r>
        <w:rPr>
          <w:sz w:val="22"/>
        </w:rPr>
        <w:t>but she goes on:</w:t>
      </w:r>
    </w:p>
    <w:p>
      <w:r>
        <w:rPr>
          <w:sz w:val="22"/>
        </w:rPr>
        <w:t>“Basically the solution is more examiners; there isn’t really a way around it.”</w:t>
      </w:r>
    </w:p>
    <w:p>
      <w:r>
        <w:rPr>
          <w:sz w:val="22"/>
        </w:rPr>
        <w:t>Poppy has already missed out on promising local job opportunities thanks to her lack of a licence, so will the Minister explain what the Government are doing to increase the availability of examiners?</w:t>
      </w:r>
    </w:p>
    <w:p>
      <w:r>
        <w:rPr>
          <w:sz w:val="22"/>
        </w:rPr>
        <w:t>The consequences of the lack of tests are severe. When we talk about NHS waiting lists, we often talk about how people’s lives are on hold while they wait for an appointment. The same is true of many young people in constituencies like mine, waiting for a test and feeling that their lives are on hold. Families face significant financial pressure from having to book additional lessons to remain test-ready, travelling to unfamiliar cities, paying for multiple apps and even retaking the theory test because their pass has expired during the wait. That burden falls hardest on low-income families, students and apprentices. There is then the emotional toll: the stress of trying to secure a booking, the anxiety of delaying work or education, and a sense of utter frustration. Constituents who took part in my survey described the system as “a nightmare”, “a joke” and the “bane of my life”.</w:t>
      </w:r>
    </w:p>
    <w:p>
      <w:r>
        <w:rPr>
          <w:sz w:val="22"/>
        </w:rPr>
        <w:t>Limiting bots is welcome, but it is only part of the solution. We urgently need a modernised booking platform, increased test capacity and targeted support for rural and semi-rural areas where public transport simply cannot meet people’s needs. When access to a driving test is delaying education, limiting employment and placing real financial strain on households, we cannot call this a minor, administrative issue: it is a barrier to opportunity and growth. My constituents, like so many across the county, deserve a system that supports them, rather than one they have to battle against.</w:t>
      </w:r>
    </w:p>
    <w:p/>
    <w:p>
      <w:r>
        <w:rPr>
          <w:b/>
          <w:color w:val="1A4A6E"/>
          <w:sz w:val="22"/>
        </w:rPr>
        <w:t>James MacCleary (LD)</w:t>
      </w:r>
    </w:p>
    <w:p>
      <w:r>
        <w:rPr>
          <w:sz w:val="22"/>
        </w:rPr>
        <w:t>It is a pleasure to serve under your chairmanship today, Mrs Harris. I heartily congratulate my hon. Friend the Member for Surrey Heath (Dr Pinkerton) on securing this debate, which is particularly valuable because it primarily affects a cohort of people who are not directly represented in this place.</w:t>
      </w:r>
    </w:p>
    <w:p>
      <w:r>
        <w:rPr>
          <w:sz w:val="22"/>
        </w:rPr>
        <w:t>For the vast majority of MPs, including me, passing our driving tests is far in the rear-view mirror. With hindsight, many of us perhaps take for granted how easy it was to take our test or, in my case, take it for a second time, as I did when I passed at Brighton Marina test centre nearly 20 years ago. Not only has that test centre now shut down, but there is no practical test centre whatsoever in Brighton and Hove, a city and much wider area of over 250,000 people that includes my constituency of Lewes. This lack of availability across the country is made even more acute by the lack of local test centres, as highlighted by the hon. Member for Bracknell (Peter Swallow).</w:t>
      </w:r>
    </w:p>
    <w:p>
      <w:r>
        <w:rPr>
          <w:sz w:val="22"/>
        </w:rPr>
        <w:t>When I submitted a freedom of information request to the DVSA last year, I was told that the three open test centres nearest to my constituency in Sussex have a combined waiting list of 7,500 people—let that figure sink in for a moment. I simply booked my test, turned up and failed, and then booked another test, turned up and passed. There are 7,500 primarily young people waiting for tests in our corner of Sussex alone, trapped in an administrative limbo that is holding back their lives.</w:t>
      </w:r>
    </w:p>
    <w:p>
      <w:r>
        <w:rPr>
          <w:sz w:val="22"/>
        </w:rPr>
        <w:t>Like other colleagues, I will share a few examples of what this means in human terms for my constituents. One constituent, a mother, contacted me because she has found it utterly impossible to book a practical test for her son. She explained to me that slots are released on Monday mornings at 6 am, as many Members have mentioned. She sets her alarm, logs on, waits in the digital queue, and by the time she reaches the front, every single appointment has vanished. Week after week, it is the same story. Her son has passed his theory test, which is valid for only two years, and she now fears that he will have to sit it all over again through no fault of his own.</w:t>
      </w:r>
    </w:p>
    <w:p>
      <w:r>
        <w:rPr>
          <w:sz w:val="22"/>
        </w:rPr>
        <w:t>Another constituent told me that her daughter failed her practical test back in April. It is a disappointing moment that I have been through myself, but it should lead to another attempt within a reasonable timeframe. When I failed my first test, I remember the retake simply being taken for granted, “We’ll just book it for a few weeks’ time. When is convenient for you?” For this constituent, however, the earliest available slot she could find was six months later—in Scotland.</w:t>
      </w:r>
    </w:p>
    <w:p>
      <w:r>
        <w:rPr>
          <w:sz w:val="22"/>
        </w:rPr>
        <w:t>We live on the south coast of England, as far south as we could be—if we went any further south, we would be in the sea, and then we would be in France. Scotland is quite far from us. It is extraordinary to expect somebody to wait six months and then travel hundreds of miles to the north of this country—beautiful as it is—to take their test. Is it really acceptable that someone should have to travel that kind of distance simply to have a second attempt at their driving test?</w:t>
      </w:r>
    </w:p>
    <w:p>
      <w:r>
        <w:rPr>
          <w:sz w:val="22"/>
        </w:rPr>
        <w:t>A third case is perhaps the most dispiriting of all. A mother and daughter tried three times a day, day after day, to secure a booking, and still they could not get through. The daughter’s theory certificate expired, and she was forced to re-sit the entire examination, paying and studying again, all because the system had completely failed her.</w:t>
      </w:r>
    </w:p>
    <w:p>
      <w:r>
        <w:rPr>
          <w:sz w:val="22"/>
        </w:rPr>
        <w:t>As a number of Members have mentioned, what makes the situation even more troubling is that the shortage has created a market for exploitation. Unofficial booking websites have sprung up, hoovering up appointments and reselling them at inflated prices. The DVSA warns that such sites pose a risk to personal data and charge unnecessary fees. I welcome the Government’s announcement this month, but I would be grateful if the Minister could outline a timeframe in which he anticipates we will start to see results from the Government’s action to tackle the bots that are exploiting people all over the country.</w:t>
      </w:r>
    </w:p>
    <w:p>
      <w:r>
        <w:rPr>
          <w:sz w:val="22"/>
        </w:rPr>
        <w:t>Of course, the backlog has its roots in the pandemic, when testing was suspended entirely, but we are now four years on and the queue has not been cleared. People have been locked out of jobs that require them to drive, and they have been isolated from education and social opportunities, as well as from the independence that a driving licence represents—particularly in rural areas like mine, where public transport is sparse or non-existent. It is simply not good enough, and we need action.</w:t>
      </w:r>
    </w:p>
    <w:p>
      <w:r>
        <w:rPr>
          <w:sz w:val="22"/>
        </w:rPr>
        <w:t>We must keep vital test centres open, especially in rural communities. We must crack down on those predatory bots and third-party sites, and I welcome the news from the Government on those issues. We must expand the number of driving examiners, as has also been touched on, and offer more tests outside standard hours to eat into the backlog. We must require the DVSA to set out proper contingency plans so that bad weather or disruptions do not add further delays to an already failing system.</w:t>
      </w:r>
    </w:p>
    <w:p>
      <w:r>
        <w:rPr>
          <w:sz w:val="22"/>
        </w:rPr>
        <w:t>Learning to drive is a rite of passage for millions of young people across this country, and for many in my constituency of Lewes it is the key that unlocks employment, education and independence. The current state of affairs is failing them badly, and I urge the Government to act.</w:t>
      </w:r>
    </w:p>
    <w:p/>
    <w:p>
      <w:r>
        <w:rPr>
          <w:b/>
          <w:color w:val="1A4A6E"/>
          <w:sz w:val="22"/>
        </w:rPr>
        <w:t>Zöe Franklin (LD)</w:t>
      </w:r>
    </w:p>
    <w:p>
      <w:r>
        <w:rPr>
          <w:sz w:val="22"/>
        </w:rPr>
        <w:t>It is a pleasure to serve under your chairmanship, Mrs Harris. I thank my hon. Friend the Member for Surrey Heath (Dr Pinkerton) for ensuring that this important topic could be debated today. It of course affects people of all ages, but I wish to focus particularly on the impact it is having on young people in my constituency.</w:t>
      </w:r>
    </w:p>
    <w:p>
      <w:r>
        <w:rPr>
          <w:sz w:val="22"/>
        </w:rPr>
        <w:t>We currently face a 24-week waiting list for a practical driving test at the Guildford test centre. That is a six-month delay before a young person can even attempt to pass their test. As someone who, I confess, passed on my third attempt, being able to start that journey early is really important. For many young people, the ability to drive is a vital gateway to obtaining work or accessing education, particularly in those areas where public transport links are limited or non-existent. More than one in six job adverts in the UK explicitly require a driving licence, and that figure rises still further in key entry-level sectors. In trades, care work, delivery and property services, the ability to drive is not a luxury but a fundamental requirement.</w:t>
      </w:r>
    </w:p>
    <w:p>
      <w:r>
        <w:rPr>
          <w:sz w:val="22"/>
        </w:rPr>
        <w:t>Young people are ready and willing to work, but they are being excluded—not because they lack competence or enthusiasm, but purely because they are stuck waiting months for a test. That sits alongside a worrying regional picture. The south-east now has one of the highest rates of young people not in education, employment or training, recently rising to just over 13%. These are not disengaged young people. Many are actively seeking work but are prevented from doing so because they cannot drive. The driving test backlog is not simply a frustration; it is directly contributing to regional youth unemployment.</w:t>
      </w:r>
    </w:p>
    <w:p>
      <w:r>
        <w:rPr>
          <w:sz w:val="22"/>
        </w:rPr>
        <w:t>Beyond the delays themselves, the system has become dysfunctional and, in some cases, blatantly exploitative. One constituent had to book a test for her daughter in Erith, a place they have never visited and would never normally go, but she did it simply to get into the test system. I have heard from other constituents who have gone to Winchester, Cardiff and beyond. People should not have to travel miles from home to a place they have never visited, potentially staying overnight and incurring extra costs, simply to take a test.</w:t>
      </w:r>
    </w:p>
    <w:p>
      <w:r>
        <w:rPr>
          <w:sz w:val="22"/>
        </w:rPr>
        <w:t>To book a test, my constituent tried to find an alternative slot, as many families do, so she found herself in a digital queue at 6 am with 60,000 others doing the same. That forced her into joining an unofficial online group to exchange test slots, where she was scammed. She sent £10 by bank transfer to someone claiming to assist in securing a test, only for that individual to later demand £100. The bank later confirmed that more than two dozen similar fraudulent payments had been made on the same day to the same account.</w:t>
      </w:r>
    </w:p>
    <w:p>
      <w:r>
        <w:rPr>
          <w:sz w:val="22"/>
        </w:rPr>
        <w:t>Another family in my constituency spent two months waking at 5.30 am every Monday to attempt to book a test. Last week, they were number 7,561 in the queue at 6 am. By the time a slot appeared, it vanished before they could even complete the booking. I, too, faced this as we sought a test for my son. We eventually got a test, after many very frustrating and unsuccessful early mornings, but it was nine months later in Tolworth. On a personal note, I am delighted to share that my son passed his test last Friday.</w:t>
      </w:r>
    </w:p>
    <w:p>
      <w:r>
        <w:rPr>
          <w:sz w:val="22"/>
        </w:rPr>
        <w:t>Another constituent passed their theory test more than six months ago, yet still cannot find a practical test slot before their theory test expires. We are penalising young people for the failures of the system, not their own. Within this messy and frustrating system, we are also seeing third parties bulk-booking and reselling test slots at inflated prices. This is the exploitation of scarcity, and it is completely unacceptable. Although the Government have acknowledged the problem, enforcement has not yet met the scale of the issue. We currently have a system that prevents young people from accessing work, which is contributing to rising levels of young people who are not in education, employment or training, wasting time and money, and exposing families to scams and fraud.</w:t>
      </w:r>
    </w:p>
    <w:p>
      <w:r>
        <w:rPr>
          <w:sz w:val="22"/>
        </w:rPr>
        <w:t>I acknowledge and welcome that the Government have signalled corrective action, but it is not enough and, critically, it is not happening fast enough. Many of these changes are not expected to be fully implemented until 2026. Furthermore, I respectfully note that the changes to address bots are simply not working, based on what I hear from my constituents—too many are still in the 6 am scramble. In the meantime, waiting times remain extreme and young people continue to miss out on employment.</w:t>
      </w:r>
    </w:p>
    <w:p>
      <w:r>
        <w:rPr>
          <w:sz w:val="22"/>
        </w:rPr>
        <w:t>One additional change the Government have not yet committed to is extending the validity of theory test certificates in cases where the state cannot provide a timely practical test. It surely cannot be right that someone should lose their pass because the system has failed them. I urge the Minister to consider this seriously, and I hope he will go into detail on the Government’s thinking.</w:t>
      </w:r>
    </w:p>
    <w:p>
      <w:r>
        <w:rPr>
          <w:sz w:val="22"/>
        </w:rPr>
        <w:t>This is not simply a transport issue. Some may argue that driving is a privilege and not a right, but in reality it has become a precondition for employment, independence, accessing education and entering the economic world. When young people are prevented from getting a driving test, we are not just limiting their mobility; we are limiting their future. This is a barrier to social mobility, employment access and regional economic participation, and it needs to be urgently addressed.</w:t>
      </w:r>
    </w:p>
    <w:p/>
    <w:p>
      <w:r>
        <w:rPr>
          <w:b/>
          <w:color w:val="1A4A6E"/>
          <w:sz w:val="22"/>
        </w:rPr>
        <w:t>Tom Gordon (LD)</w:t>
      </w:r>
    </w:p>
    <w:p>
      <w:r>
        <w:rPr>
          <w:sz w:val="22"/>
        </w:rPr>
        <w:t>As ever, it is a pleasure to serve under your chairship, Mrs Harris. I congratulate my hon. Friend the Member for Surrey Heath (Dr Pinkerton) on securing this important debate. The availability of driving tests is a subject of growing concern for families, young people and businesses in every constituency across the south-east and beyond.</w:t>
      </w:r>
    </w:p>
    <w:p>
      <w:r>
        <w:rPr>
          <w:sz w:val="22"/>
        </w:rPr>
        <w:t>We have heard many fantastic interventions from Members representing areas ranging from the highlands of Scotland, down into the south-west and beyond. For many young people, learning to drive is not a luxury; as we have heard, it is a key to independence. It is the ability to reach a job, attend education or training, support family members and participate in society.</w:t>
      </w:r>
    </w:p>
    <w:p>
      <w:r>
        <w:rPr>
          <w:sz w:val="22"/>
        </w:rPr>
        <w:t>I know this myself, having passed my test just before I turned 18. Fortunately, I passed first time with only a few minors. However, I lived in an area surrounded on three sides by North Yorkshire, so I had to cross the boundary into a different county to get to college. Rural public transport is poor, so driving really was necessary. Today, across the south-east and the whole country, that independence has been put on hold, limiting people’s opportunities. Driving test waiting times are at some of the highest levels in memory, and the effects are being felt deeply.</w:t>
      </w:r>
    </w:p>
    <w:p>
      <w:r>
        <w:rPr>
          <w:sz w:val="22"/>
        </w:rPr>
        <w:t>I will reinforce some of the points made by my hon. Friend about the impact of long driving test waits on individuals across the country. Although this debate focuses on the south-east, it is undeniably a national problem that affects all corners of our United Kingdom. Learners and instructors—from my constituency of Harrogate and Knaresborough, down to Cornwall, up to Cumbria and beyond—are all reporting the same patterns of delay, frustration and rising costs.</w:t>
      </w:r>
    </w:p>
    <w:p>
      <w:r>
        <w:rPr>
          <w:sz w:val="22"/>
        </w:rPr>
        <w:t>I recognise that the Department for Transport is committed to tackling the issue and that steps have been taken over the past year to bring the system back under control. Progress is welcome, but there are still real concerns about the timelines for implementing these changes, as well as about the unforeseen challenges arising from some of these decisions.</w:t>
      </w:r>
    </w:p>
    <w:p>
      <w:r>
        <w:rPr>
          <w:sz w:val="22"/>
        </w:rPr>
        <w:t>We know the Government will not meet their commitment to return test waiting times to seven weeks by the end of this year, as originally promised. In fact, they have not been able to commit to meeting the target even by next summer. That is unacceptable, and it leaves those waiting for tests with little reassurance that there will be real, meaningful improvement in the short-to-medium term. We need clarity for learner drivers, so can the Minister tell us when the target will be met?</w:t>
      </w:r>
    </w:p>
    <w:p>
      <w:r>
        <w:rPr>
          <w:sz w:val="22"/>
        </w:rPr>
        <w:t>Last year’s seven-point plan promised the recruitment of 450 new examiners, but a year later, we have seen a net gain of only about 40 examiners. That is a remarkable shortfall, so I would appreciate reassurance from the Minister about what additional steps will be taken to recruit and retain examiners. Recent retention payments are welcome, but it is a late intervention that does not address the structural issues of high staff turnover for test centre workers and examiners. We need a credible workforce strategy, not simply an emergency patch.</w:t>
      </w:r>
    </w:p>
    <w:p>
      <w:r>
        <w:rPr>
          <w:sz w:val="22"/>
        </w:rPr>
        <w:t>The redeployment of MoD examiners is also welcome; every extra pair of hands makes a difference. However, it will only provide about 6,000 additional tests in a system that needs to deliver about 2 million tests in any given year. Frankly, it is a drop in the ocean. It will not meaningfully shift the national average waiting time, which is over 22 weeks, with many test centres already booked out to the maximum booking limit of 24 weeks.</w:t>
      </w:r>
    </w:p>
    <w:p>
      <w:r>
        <w:rPr>
          <w:sz w:val="22"/>
        </w:rPr>
        <w:t>We have already heard much about the deeply unfair use of bots and third-party selling sites, which push up the price of tests. Let us be clear—such behaviour is entirely exploitative, undermines trust in the DVSA, and blocks genuine learners from accessing the transport they need to get around and have more opportunities.</w:t>
      </w:r>
    </w:p>
    <w:p>
      <w:r>
        <w:rPr>
          <w:sz w:val="22"/>
        </w:rPr>
        <w:t>Recently, the Government have promised action and tried to beat bots in the ticketing industry. If we can combat profiteering for concerts and theatre bookings, we must ensure that we are doing the same for a core public service, such as the provision of driving tests. There must be a clear and enforceable ban on the resale of test slots, combined with tools strong enough to prevent bots from hoovering up appointments. Unless this issue is confronted head on, every other reform risks being undermined.</w:t>
      </w:r>
    </w:p>
    <w:p>
      <w:r>
        <w:rPr>
          <w:sz w:val="22"/>
        </w:rPr>
        <w:t>A driving instructor in my constituency recently wrote to me describing the very real impact on her livelihood of long waits for tests. She is not in the south-east, but her experience mirrors those across the country. Students wait for months on end, blocks of lessons continue for far longer than necessary, and the financial pressure mounts for both learners and instructors.</w:t>
      </w:r>
    </w:p>
    <w:p>
      <w:r>
        <w:rPr>
          <w:sz w:val="22"/>
        </w:rPr>
        <w:t>Driving instructors have also raised some serious concerns about recent proposals to prevent them from selecting test slots for their students. Although I understand the reasoning, namely to prevent manipulation of the booking system, the proposals risk having the opposite effect. Instructors play a vital gatekeeping role; they ensure that learners only book a test when they are ready to take one and an instructor is available to accompany them. Removing instructors from the process would risk making more learners book prematurely and consequently failing their test, which would add further pressure to an already strained system. It also increases the likelihood of cancellations when instructors are unavailable because they were not part of the booking process.</w:t>
      </w:r>
    </w:p>
    <w:p>
      <w:r>
        <w:rPr>
          <w:sz w:val="22"/>
        </w:rPr>
        <w:t>The removal of a test swap function is another area of concern. Instructors often use this tool to correct honest mistakes or to allocate unused slots to other suitable learners. Removing it while bots remain rampant would simply give profiteers more opportunities. Until bots are under control, the Department should proceed cautiously in this regard.</w:t>
      </w:r>
    </w:p>
    <w:p/>
    <w:p>
      <w:r>
        <w:rPr>
          <w:b/>
          <w:color w:val="1A4A6E"/>
          <w:sz w:val="22"/>
        </w:rPr>
        <w:t>Peter Swallow</w:t>
      </w:r>
    </w:p>
    <w:p>
      <w:r>
        <w:rPr>
          <w:sz w:val="22"/>
        </w:rPr>
        <w:t>Does the hon. Gentleman recognise that it is exactly that mechanism that bots rely on to operate and manipulate the system, which is exactly why the Government have announced closing it? They are doing so to stop the bots.</w:t>
      </w:r>
    </w:p>
    <w:p/>
    <w:p>
      <w:r>
        <w:rPr>
          <w:b/>
          <w:color w:val="1A4A6E"/>
          <w:sz w:val="22"/>
        </w:rPr>
        <w:t>Tom Gordon</w:t>
      </w:r>
    </w:p>
    <w:p>
      <w:r>
        <w:rPr>
          <w:sz w:val="22"/>
        </w:rPr>
        <w:t>I recognise that that is part of the problem, but we need a comprehensive solution in the round that does not simply add to the backlog and the other pressures on the system, which I have outlined. I would be grateful to the hon. Gentleman if he could come up with any solutions: I am sure the Minister would be all ears.</w:t>
      </w:r>
    </w:p>
    <w:p>
      <w:r>
        <w:rPr>
          <w:sz w:val="22"/>
        </w:rPr>
        <w:t>I would be grateful if the Minister could outline what discussion he has had with instructors and professional bodies. Although the public consultations were rightly open to learners, there was concern that the voices of experienced instructors were overshadowed. Those professionals understand the system in a way that few others do. Their insight should be central to meaningful reform.</w:t>
      </w:r>
    </w:p>
    <w:p>
      <w:r>
        <w:rPr>
          <w:sz w:val="22"/>
        </w:rPr>
        <w:t>Rural areas also face additional pressures. Limiting learners to booking at only two test centres disproportionately affects learners in remote areas. For places such as north Yorkshire, where test centres are sparse and over- subscribed, those restrictions can make securing any driving test at all nearly impossible.</w:t>
      </w:r>
    </w:p>
    <w:p>
      <w:r>
        <w:rPr>
          <w:sz w:val="22"/>
        </w:rPr>
        <w:t>Rural test centres also experience greater disruption during severe weather. As we enter winter, the Department must now set out how it will prepare for and mitigate weather-related delays or cancellations, because otherwise the backlog will worsen further as we go into the depths of winter.</w:t>
      </w:r>
    </w:p>
    <w:p>
      <w:r>
        <w:rPr>
          <w:sz w:val="22"/>
        </w:rPr>
        <w:t>In conclusion, the Liberal Democrats are campaigning to ensure that, especially in rural areas, more test centres are allowed to close the black market for bots, so that they are rooted out. We also want to ensure that more tests are delivered by increasing the instructor workforce and offering greater flexibility in scheduling, including out-of-hours tests where appropriate. We also want to see a clear plan for how test centres will operate during bad weather, which is an issue of growing importance as our winters become more severe and unpredictable.</w:t>
      </w:r>
    </w:p>
    <w:p>
      <w:r>
        <w:rPr>
          <w:sz w:val="22"/>
        </w:rPr>
        <w:t>This issue is not just a procedural problem; it is a matter of fairness and opportunity. People’s lives have been held in suspension because of endless delays. Families are paying the price, rural communities are being left behind, and young people are being denied the independence they need to build their future. The Government must act with urgency, ambition and clarity. Learner drivers deserve nothing less.</w:t>
      </w:r>
    </w:p>
    <w:p/>
    <w:p>
      <w:r>
        <w:rPr>
          <w:b/>
          <w:color w:val="1A4A6E"/>
          <w:sz w:val="22"/>
        </w:rPr>
        <w:t>Greg Smith (Con)</w:t>
      </w:r>
    </w:p>
    <w:p>
      <w:r>
        <w:rPr>
          <w:sz w:val="22"/>
        </w:rPr>
        <w:t>It is a pleasure to serve under your chairmanship, Mrs Harris.</w:t>
      </w:r>
    </w:p>
    <w:p>
      <w:r>
        <w:rPr>
          <w:sz w:val="22"/>
        </w:rPr>
        <w:t>I congratulate the hon. Member for Surrey Heath (Dr Pinkerton) on securing this debate on an issue affecting families, young people and local businesses across the south-east, including in my constituency of Mid Buckinghamshire, and indeed across the whole of our United Kingdom.</w:t>
      </w:r>
    </w:p>
    <w:p>
      <w:r>
        <w:rPr>
          <w:sz w:val="22"/>
        </w:rPr>
        <w:t>The backdrop to this debate is a driving test system that is under unprecedented strain. Data obtained through a freedom of information request submitted by the AA Driving School shows a staggering deterioration since the start of this calendar year. There has been a 60% increase in the number of driving test centres with average waits of 24 weeks. In January 2025, 161 centres were at the maximum wait time of 24 weeks. By 5 May 2025, that figure had risen to 258 centres. Shockingly, more than 80% of all test centres are now operating with the longest possible delay. Those are astonishing figures that illustrate a system not merely struggling but spiralling. It is not a regional anomaly. It is a systemic failure and responsibility sits squarely with this Government.</w:t>
      </w:r>
    </w:p>
    <w:p>
      <w:r>
        <w:rPr>
          <w:sz w:val="22"/>
        </w:rPr>
        <w:t>When the Conservatives left government in July 2024 the average wait time was 17.1 weeks. That was unprecedentedly high as we were recovering from the backlog created by the pandemic. If anyone still doubts that this crisis has worsened after the election, the Government’s own data sets it out plainly. In the first two quarters of 2024, just over 1 million driving tests were conducted. In the same period this year, under this Government, that number fell to 914,000. At a time when the backlog should have been the priority, capacity has gone backwards. Learners, parents and instructors feel the consequences every single day.</w:t>
      </w:r>
    </w:p>
    <w:p>
      <w:r>
        <w:rPr>
          <w:sz w:val="22"/>
        </w:rPr>
        <w:t>Driving, particularly for young people, is not a luxury; it is essential. It is often the difference between securing an apprenticeship, a job or a place at college and missing out, or between being able to take an opportunity or left without options. It provides access to education, healthcare, caring responsibilities, family life and independence. Nearly 1 million young people are not in education, employment or training. Youth unemployment is now at 15.3%, the highest level since before the pandemic. At a moment when we should be opening doors for young people, the Government have instead allowed driving test delays to become yet another barrier in their way.</w:t>
      </w:r>
    </w:p>
    <w:p>
      <w:r>
        <w:rPr>
          <w:sz w:val="22"/>
        </w:rPr>
        <w:t>A genuinely pro-motorist Government would have grasped the urgency sooner. A genuinely pro-opportunity Government would recognise driving as a lifeline, particularly in areas where public transport is limited and where a licence is the gateway to employment. A Government serious about growth would not tolerate a system in which a young person must wait the best part of half a year or even longer simply to sit a driving test. The Government’s approach has not only failed learners. It has alienated the professionals who keep the system safe and functioning—our driving instructors.</w:t>
      </w:r>
    </w:p>
    <w:p>
      <w:r>
        <w:rPr>
          <w:sz w:val="22"/>
        </w:rPr>
        <w:t>In my constituency, I have heard directly from two established driving schools: Chiltern Learners and Alltime Driving. Both have always been able to book tests on behalf of their pupils responsibly and professionally. They have told me how disruptive, damaging and ill-considered the Government’s new measures are, introduced without genuine consultation with industry and without any understanding of how the booking system is used in practice. They feel as though they are being treated as the problem, as if they were the bots—we all want to see the bots stopped—rather than the driving instructors recognised as part of the solution. Their experiences are echoed by instructors across the country.</w:t>
      </w:r>
    </w:p>
    <w:p>
      <w:r>
        <w:rPr>
          <w:sz w:val="22"/>
        </w:rPr>
        <w:t>A colleague has shared similar correspondence from an instructor who described the shock felt across the profession when the reforms were announced without notice, transparency or any meaningful engagement. Instructors consistently say that preventing them booking tests or managing test slots sensibly will make the system less efficient, not more. They warn that stopping instructors swapping tests will result in more wasted appointments and unused examiner time. They are concerned about the future of intensive driving schools, many of which are already struggling due to a shortage of the availability of tests. And they highlight, rightly, that little thought has been given to vulnerable or neurodiverse pupils who might not be able to navigate the system alone. What they all say in different ways is the same thing: the Government have pushed ahead with a sledgehammer approach that punishes the wrong people, ignores expert advice and risks making a bad situation worse. We all welcome the action to stop the bots, but that needs rapid action with rapid, real enforcement, while at the same time leaning on those, like the instructors I have just mentioned, who can make a real difference.</w:t>
      </w:r>
    </w:p>
    <w:p>
      <w:r>
        <w:rPr>
          <w:sz w:val="22"/>
        </w:rPr>
        <w:t>We also see the Government grasping for headlines and distractions rather than solutions. The decision to bring in Ministry of Defence driving examiners has been presented as a major intervention. In reality, that means 36 military examiners will conduct public tests one day a week for a year, just 6,500 extra tests when hundreds of thousands are needed. As one instructor put it, that is little more than moving the deckchairs around. It is no substitute for a serious plan to recruit and retain examiners and fix the underlying issues.</w:t>
      </w:r>
    </w:p>
    <w:p>
      <w:r>
        <w:rPr>
          <w:sz w:val="22"/>
        </w:rPr>
        <w:t>The result is a system in chaos: record delays, shrinking capacity, frustrated instructors, disadvantaged pupils, and young people being held back at the very moment they need opportunity and support. Instead of leadership, we see press releases, gimmicks and a refusal to confront the scale of the problem. Driving should be a route to opportunity, not another obstacle created by Government. Learners deserve better, instructors deserve better and motorists across the south-east and the whole of our United Kingdom deserve far better than the declining service they face today.</w:t>
      </w:r>
    </w:p>
    <w:p/>
    <w:p>
      <w:r>
        <w:rPr>
          <w:b/>
          <w:color w:val="1A4A6E"/>
          <w:sz w:val="22"/>
        </w:rPr>
        <w:t>Simon Lightwood (The Parliamentary Under-Secretary of State for Transport)</w:t>
      </w:r>
    </w:p>
    <w:p>
      <w:r>
        <w:rPr>
          <w:sz w:val="22"/>
        </w:rPr>
        <w:t>It is a pleasure to serve under your chairmanship, Mrs Harris. I thank the hon. Member for Surrey Heath (Dr Pinkerton) for the opportunity to respond to today’s debate on driving test availability in the south-east. I am grateful to all right hon. and hon. Members who have spoken on behalf of their constituents.</w:t>
      </w:r>
    </w:p>
    <w:p>
      <w:r>
        <w:rPr>
          <w:sz w:val="22"/>
        </w:rPr>
        <w:t>We fully recognise the frustration felt by families and young people, especially in the south-east. We recognise the financial strain on families, from lesson costs to travel and accommodation for distant tests. No learner should have to travel hundreds of miles for a test. Reducing waiting times and making the system fairer will help to ease those pressures, especially in rural and semi-rural communities. The Government are committed to restoring fairness and functionality to the driving test system. The ability to drive is not a luxury; it is a necessity for many, opening doors to employment, education and independence, as has been mentioned.</w:t>
      </w:r>
    </w:p>
    <w:p/>
    <w:p>
      <w:r>
        <w:rPr>
          <w:b/>
          <w:color w:val="1A4A6E"/>
          <w:sz w:val="22"/>
        </w:rPr>
        <w:t>Sir Iain Duncan Smith</w:t>
      </w:r>
    </w:p>
    <w:p>
      <w:r>
        <w:rPr>
          <w:sz w:val="22"/>
        </w:rPr>
        <w:t>Will the Minister give way?</w:t>
      </w:r>
    </w:p>
    <w:p/>
    <w:p>
      <w:r>
        <w:rPr>
          <w:b/>
          <w:color w:val="1A4A6E"/>
          <w:sz w:val="22"/>
        </w:rPr>
        <w:t>Simon Lightwood</w:t>
      </w:r>
    </w:p>
    <w:p>
      <w:r>
        <w:rPr>
          <w:sz w:val="22"/>
        </w:rPr>
        <w:t>I will make some progress first because there is a lot to cover. When access to driving tests is delayed, those opportunities are put on hold and, frankly, that is unacceptable. Across the south-east and the country, driving test waiting times remain a significant concern. Across Great Britain, the average waiting time for car practical tests in October 2025 was 21.9 weeks. In England, it was slightly higher at 22.4 weeks. In some parts of the south-east, learners face waits of five to six months; in London the figure can reach 23 weeks.</w:t>
      </w:r>
    </w:p>
    <w:p>
      <w:r>
        <w:rPr>
          <w:sz w:val="22"/>
        </w:rPr>
        <w:t>Those are not just numbers; they represent real frustration for learners, families and businesses. The pandemic increased demand for provisional licences, and more learners passing theory tests and population growth have all contributed to unprecedented pressure on the driving test system. I need to be transparent: the approaches the DVSA has taken so far have not been sufficient to meet the aspiration of reducing waiting times to seven weeks.</w:t>
      </w:r>
    </w:p>
    <w:p/>
    <w:p>
      <w:r>
        <w:rPr>
          <w:b/>
          <w:color w:val="1A4A6E"/>
          <w:sz w:val="22"/>
        </w:rPr>
        <w:t>Sir Iain Duncan Smith</w:t>
      </w:r>
    </w:p>
    <w:p>
      <w:r>
        <w:rPr>
          <w:sz w:val="22"/>
        </w:rPr>
        <w:t>I do not wish to delay the Minister, but there is a concurrent theme throughout, which is the sheer incompetence of the DVSA over a long period. Does the Minister think that it would be better to have an inquiry into what is wrong with the DVSA and its failure to deal with these issues? It should not be left just to politicians; it should have tackled those issues. Will he commit to having a serious look at the functionality—the bureaucratic dysfunctionality—of the DVSA?</w:t>
      </w:r>
    </w:p>
    <w:p/>
    <w:p>
      <w:r>
        <w:rPr>
          <w:b/>
          <w:color w:val="1A4A6E"/>
          <w:sz w:val="22"/>
        </w:rPr>
        <w:t>Simon Lightwood</w:t>
      </w:r>
    </w:p>
    <w:p>
      <w:r>
        <w:rPr>
          <w:sz w:val="22"/>
        </w:rPr>
        <w:t>I hear what the right hon. Gentleman has said. I will leave no stone unturned when looking for solutions to drive down those test delays. Even with all the measures we have put in place—including the additional test allowance incentives for examiners, which resulted in 56,000 additional tests being conducted between June and October this year, when compared with the same period in 2024—we are still not able to keep up with the rising demand. Reducing waiting times remains our top priority and we will continue to do all we can.</w:t>
      </w:r>
    </w:p>
    <w:p>
      <w:r>
        <w:rPr>
          <w:sz w:val="22"/>
        </w:rPr>
        <w:t>I want to update right hon. and hon. Members on the measures announced by the Secretary of State for Transport to the Transport Committee on 12 November. They are based on the outcome of a major consultation—not rushed or knee-jerk as the Opposition said—that received more than 90,000 responses, and are designed to make the driving test booking system fairer and to stop learner drivers being exploited.</w:t>
      </w:r>
    </w:p>
    <w:p>
      <w:r>
        <w:rPr>
          <w:sz w:val="22"/>
        </w:rPr>
        <w:t>I acknowledge the stress experienced by those who feel the need to join the early morning website queues. There are more new booking slots available on Tuesday to Friday for those who choose not to or cannot book tests on Monday mornings, but there is more that we can do. That is why we are taking strong action against bots and third-party resellers. We will reform the booking system so that only learner drivers themselves will be able to book and manage their practical driving tests. The number of times that a learner can move or swap a test will be limited to two, and there will be a limit on the area that a test can be moved to once booked.</w:t>
      </w:r>
    </w:p>
    <w:p/>
    <w:p>
      <w:r>
        <w:rPr>
          <w:b/>
          <w:color w:val="1A4A6E"/>
          <w:sz w:val="22"/>
        </w:rPr>
        <w:t>Tom Gordon</w:t>
      </w:r>
    </w:p>
    <w:p>
      <w:r>
        <w:rPr>
          <w:sz w:val="22"/>
        </w:rPr>
        <w:t>Will the Minister elaborate on whether there will be further input from driving instructors? Has there been an impact assessment of the effect that removing their ability to book tests will have on the system overall?</w:t>
      </w:r>
    </w:p>
    <w:p/>
    <w:p>
      <w:r>
        <w:rPr>
          <w:b/>
          <w:color w:val="1A4A6E"/>
          <w:sz w:val="22"/>
        </w:rPr>
        <w:t>Simon Lightwood</w:t>
      </w:r>
    </w:p>
    <w:p>
      <w:r>
        <w:rPr>
          <w:sz w:val="22"/>
        </w:rPr>
        <w:t>These actions were taken as a consequence of the 90,000 submissions and the work that we did in the DVSA and the Department, so they are based on feedback. These changes will make access fairer and will prevent unofficial businesses and third parties from reselling tests at inflated prices. They will prevent tests from being booked in quiet areas, only to be moved to high-demand areas.</w:t>
      </w:r>
    </w:p>
    <w:p/>
    <w:p>
      <w:r>
        <w:rPr>
          <w:b/>
          <w:color w:val="1A4A6E"/>
          <w:sz w:val="22"/>
        </w:rPr>
        <w:t>Luke Murphy (Lab)</w:t>
      </w:r>
    </w:p>
    <w:p>
      <w:r>
        <w:rPr>
          <w:sz w:val="22"/>
        </w:rPr>
        <w:t>Will the Minister give way?</w:t>
      </w:r>
    </w:p>
    <w:p/>
    <w:p>
      <w:r>
        <w:rPr>
          <w:b/>
          <w:color w:val="1A4A6E"/>
          <w:sz w:val="22"/>
        </w:rPr>
        <w:t>Simon Lightwood</w:t>
      </w:r>
    </w:p>
    <w:p>
      <w:r>
        <w:rPr>
          <w:sz w:val="22"/>
        </w:rPr>
        <w:t>I will make some progress.</w:t>
      </w:r>
    </w:p>
    <w:p>
      <w:r>
        <w:rPr>
          <w:sz w:val="22"/>
        </w:rPr>
        <w:t>Local learners in quiet areas will have better access to tests at their preferred centres, and examiner resources will be focused where demand is highest. Reform to the booking system will give greater control to learner drivers. It will remove the ability for third parties to exploit the system, and will make booking a practical driving test fairer for all.</w:t>
      </w:r>
    </w:p>
    <w:p>
      <w:r>
        <w:rPr>
          <w:sz w:val="22"/>
        </w:rPr>
        <w:t>These changes require both legislative and technical updates, and implementation is expected to begin by spring 2026. I assure Members that I will do everything I can to move as quickly as humanly possible.</w:t>
      </w:r>
    </w:p>
    <w:p/>
    <w:p>
      <w:r>
        <w:rPr>
          <w:b/>
          <w:color w:val="1A4A6E"/>
          <w:sz w:val="22"/>
        </w:rPr>
        <w:t>Helen Maguire (LD)</w:t>
      </w:r>
    </w:p>
    <w:p>
      <w:r>
        <w:rPr>
          <w:sz w:val="22"/>
        </w:rPr>
        <w:t>As the mum of three teenagers, I know at first hand the challenges of getting a driving test—it took us a year to get one for my son. Constituents have shared their concerns with me. One person said that they logged in at 6 am on Monday morning, and they were 24,000th in the queue. I welcome the Government’s crackdown on bots and third party bookings—that is good to hear—but will the Minister clarify what plans he has to help constituents between now and the implementation in spring 2026?</w:t>
      </w:r>
    </w:p>
    <w:p/>
    <w:p>
      <w:r>
        <w:rPr>
          <w:b/>
          <w:color w:val="1A4A6E"/>
          <w:sz w:val="22"/>
        </w:rPr>
        <w:t>Simon Lightwood</w:t>
      </w:r>
    </w:p>
    <w:p>
      <w:r>
        <w:rPr>
          <w:sz w:val="22"/>
        </w:rPr>
        <w:t>I will come on to those points. I assure Members that I will provide regular updates on the bots work as we move towards delivery. I absolutely accept that it is urgent.</w:t>
      </w:r>
    </w:p>
    <w:p>
      <w:r>
        <w:rPr>
          <w:sz w:val="22"/>
        </w:rPr>
        <w:t>Our agreement with the Ministry of Defence is not a headline-grabbing gimmick. It is important that we do everything at our disposal to drive down the wait for tests, and I make no apologies for that. Thirty six defence driving examiners will conduct driving tests for one day a week for 12 months. They will focus on car tests, but that offers the flexibility for vocational testing if required.</w:t>
      </w:r>
    </w:p>
    <w:p>
      <w:r>
        <w:rPr>
          <w:sz w:val="22"/>
        </w:rPr>
        <w:t>Those measures are in addition to the action we have taken so far, which includes doubling examiner training capacity to accelerate the recruitment and qualification of new examiners; introducing tougher terms for driving instructors who book tests on people’s behalf; reintroducing the additional testing allowance scheme for up to 18 months to provide more tests; continuing with the Ready to Pass? campaign, which 95% of users rate as useful, to encourage learner drivers to take the right action to prepare for the driving test; and recruiting and training 450 new examiners.</w:t>
      </w:r>
    </w:p>
    <w:p>
      <w:r>
        <w:rPr>
          <w:sz w:val="22"/>
        </w:rPr>
        <w:t>Despite the DVSA recruiting and training 344 driving examiners, the number of full-time equivalent examiners has increased by only 46, so retaining driving examiners is just as important as recruiting them. That is why we are giving examiners an exceptional payment next year of £5,000 to encourage more to stay. Those combined actions demonstrate our commitment to tackling this issue systematically and listening to feedback to create a fairer system for everyone.</w:t>
      </w:r>
    </w:p>
    <w:p>
      <w:r>
        <w:rPr>
          <w:sz w:val="22"/>
        </w:rPr>
        <w:t>Let me pick up a few of the comments from hon. Members. On temporary test centres, obviously we continue to review the DVSA estate, but frankly we need to focus on ensuring that we have enough examiners. I hear the pleas from some hon. Members, but it is not possible to have a driving testing centre in every town, although we do try and make sure it is as equitable as possible. I hear the idea behind extending the hours. However, our regulations state that we have to ensure that the eye test is done in good light.</w:t>
      </w:r>
    </w:p>
    <w:p>
      <w:r>
        <w:rPr>
          <w:sz w:val="22"/>
        </w:rPr>
        <w:t>The DVSA is already increasing capacity by conducting more tests through overtime and additional testing allowance. I am assured that it is not possible to block-book car practical driving tests. A driving licence number can be assigned to only one car practical driving test within the booking system at this time. Additionally, it is not possible to book beyond the 24-week window; DVSA only releases tests for that period.</w:t>
      </w:r>
    </w:p>
    <w:p>
      <w:r>
        <w:rPr>
          <w:sz w:val="22"/>
        </w:rPr>
        <w:t>We have been honest in admitting the challenges that the DVSA faces to meet that seven-week target. We will be assessing the input of the new measures that we announced the other day, as well as continuing to look for more ways to get waiting times down. We will be looking to that new leadership to get a grip of this as its top priority.</w:t>
      </w:r>
    </w:p>
    <w:p>
      <w:r>
        <w:rPr>
          <w:sz w:val="22"/>
        </w:rPr>
        <w:t>There was an ask to extend the two-year validity for theory test certificates. I have every sympathy with that ask, but theory test certificates are valid for two years by law, for road safety reasons. Safety should always be of paramount importance. Road safety knowledge and hazard perception skills must be up to date when the customer takes their practical test, and the Government have no plans to change this.</w:t>
      </w:r>
    </w:p>
    <w:p/>
    <w:p>
      <w:r>
        <w:rPr>
          <w:b/>
          <w:color w:val="1A4A6E"/>
          <w:sz w:val="22"/>
        </w:rPr>
        <w:t>Zöe Franklin</w:t>
      </w:r>
    </w:p>
    <w:p>
      <w:r>
        <w:rPr>
          <w:sz w:val="22"/>
        </w:rPr>
        <w:t>We are here in the UK Parliament, and it is within our power to change the law to address the current situation around theory test validity. It is clear that people are struggling as a result of the two-year limit.</w:t>
      </w:r>
    </w:p>
    <w:p/>
    <w:p>
      <w:r>
        <w:rPr>
          <w:b/>
          <w:color w:val="1A4A6E"/>
          <w:sz w:val="22"/>
        </w:rPr>
        <w:t>Simon Lightwood</w:t>
      </w:r>
    </w:p>
    <w:p>
      <w:r>
        <w:rPr>
          <w:sz w:val="22"/>
        </w:rPr>
        <w:t>As I went on to say, it is important for road safety reasons, and we should never we should never relax road safety. It must be paramount. I have every sympathy with that position, but it is not something that the Government plan to change.</w:t>
      </w:r>
    </w:p>
    <w:p>
      <w:r>
        <w:rPr>
          <w:sz w:val="22"/>
        </w:rPr>
        <w:t>Driving is a lifeline for many, especially in areas where public transport is limited, and we remain committed to ensuring that learners in the south-east and across the country can access tests promptly and safety. We are determined to restore confidence in the system and ensure that every learner who is ready to drive has the opportunity to enjoy a lifetime of safe and sustainable driving.</w:t>
      </w:r>
    </w:p>
    <w:p/>
    <w:p>
      <w:r>
        <w:rPr>
          <w:b/>
          <w:color w:val="1A4A6E"/>
          <w:sz w:val="22"/>
        </w:rPr>
        <w:t>Pinkerton</w:t>
      </w:r>
    </w:p>
    <w:p>
      <w:r>
        <w:rPr>
          <w:sz w:val="22"/>
        </w:rPr>
        <w:t>I thank all right hon. and hon. Members who have participated in this very important debate for our constituents. I am very grateful to my hon. Friend the Member for Bicester and Woodstock (Calum Miller), the hon. Member for Strangford (Jim Shannon), the right hon. Member for Rayleigh and Wickford (Mr Francois), my hon. Friends the Members for Esher and Walton (Monica Harding), for West Dorset (Edward Morello), for Chesham and Amersham (Sarah Green) and for Caithness, Sutherland and Easter Ross (Jamie Stone), and the hon. Member for East Worthing and Shoreham (Tom Rutland) for their sagacious contributions.</w:t>
      </w:r>
    </w:p>
    <w:p>
      <w:r>
        <w:rPr>
          <w:sz w:val="22"/>
        </w:rPr>
        <w:t>I am grateful to the Minister for addressing some of the genuine frustrations of our constituents. I am also grateful for his honesty in acknowledging the ineffectiveness of the DVSA in tackling this issue internally. I echo the call of the right hon. Member for Chingford and Woodford Green (Sir Iain Duncan Smith) for a thorough investigation to be undertaken into the DVSA to ensure that, in fact, it is a functional organisation. That may lead to the changes that we all want to see on behalf of our constituents.</w:t>
      </w:r>
    </w:p>
    <w:p>
      <w:r>
        <w:rPr>
          <w:sz w:val="22"/>
        </w:rPr>
        <w:t>I also second the suggestion of my hon. Friend the Member for Harrogate and Knaresborough (Tom Gordon) that an impact assessment be undertaken into the decision to block driving instructor bookings of test appointments because, as we have heard in several contributions, that can have a very significant impact on the way the system works in practice.</w:t>
      </w:r>
    </w:p>
    <w:p>
      <w:r>
        <w:rPr>
          <w:sz w:val="22"/>
        </w:rPr>
        <w:t>I also say to the Minister that a £5,000 bonus does not an effective workforce plan make. Although it may address a short-term issue, it does not necessarily ensure long-term retention of hard-pressed driving instructors. I do not think a Member in this Chamber would ask for a driving centre in every town, but there is a need for a proper geographical understanding of where the main pressure points are in order to seek to develop a regional plan to tackle some of the greatest pressure points. The hon. Member for Bracknell (Peter Swallow) tempted me earlier to back his plan for a test centre in Bracknell; of course, I know that he will support my plan for a test centre in Camberley. We already welcome many of his constituents to our wonderful Frimley Park hospital. Let us continue in that vein.</w:t>
      </w:r>
    </w:p>
    <w:p>
      <w:r>
        <w:rPr>
          <w:sz w:val="22"/>
        </w:rPr>
        <w:t>I am being asked to wrap up—I know it is a busy day in the House—but I pass on my thanks to everyone who has made such valuable contributions, and I hope the Minister has heard some of the very valuable plans that have been laid out for him.</w:t>
      </w:r>
    </w:p>
    <w:p>
      <w:r>
        <w:rPr>
          <w:sz w:val="22"/>
        </w:rPr>
        <w:t>Question put and agreed to.</w:t>
      </w:r>
    </w:p>
    <w:p>
      <w:r>
        <w:rPr>
          <w:sz w:val="22"/>
        </w:rPr>
        <w:t>Resolved,</w:t>
      </w:r>
    </w:p>
    <w:p>
      <w:r>
        <w:rPr>
          <w:sz w:val="22"/>
        </w:rPr>
        <w:t>That this House has considered the availability of driving tests in the South 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