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24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https://hansard.parliament.uk/Lords/2026-06-24/debates/FE7F8D72-F3AD-4C2F-B5A8-DD8F82BEEEA4/ArrangementOfBusiness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as a reminder,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