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European Affairs Committee</w:t>
      </w:r>
    </w:p>
    <w:p>
      <w:r>
        <w:rPr>
          <w:sz w:val="20"/>
        </w:rPr>
        <w:t>22 July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https://hansard.parliament.uk/Lords/2026-07-22/debates/ABACED07-71F1-4974-8B5F-C8174DA4EEEE/EuropeanAffairsCommittee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