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Draft Conversion Practices Bill</w:t>
      </w:r>
    </w:p>
    <w:p>
      <w:r>
        <w:rPr>
          <w:sz w:val="20"/>
        </w:rPr>
        <w:t>22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https://hansard.parliament.uk/Lords/2026-07-22/debates/1E83915D-7E48-43D3-8C7C-24859F2EE8BB/DraftConversionPracticesBill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