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Code of Practice on Electronic and Workplace Ballots for Statutory Trade Union Ballots</w:t>
      </w:r>
    </w:p>
    <w:p>
      <w:r>
        <w:rPr>
          <w:sz w:val="20"/>
        </w:rPr>
        <w:t>22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https://hansard.parliament.uk/Lords/2026-07-22/debates/0DC11786-679D-4C58-A5BC-1C868C017FF4/CodeOfPracticeOnElectronicAndWorkplaceBallotsForStatutoryTradeUnionBallots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