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Environmental Permitting (Waste Controlling or Transporting) and Relevant Functions of Primary Authorities (Amendment) (England) Regulations 2026</w:t>
      </w:r>
    </w:p>
    <w:p>
      <w:r>
        <w:rPr>
          <w:sz w:val="20"/>
        </w:rPr>
        <w:t>21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https://hansard.parliament.uk/Lords/2026-07-21/debates/F35341B2-9D4A-42C7-88D7-6AEA2D82194E/EnvironmentalPermittingWasteControllingOrTransportingAndRelevantFunctionsOfPrimaryAuthoritiesAmendmentEnglandRegulations2026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