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Lifelong Learning (Fee Limits) Regulations 2026</w:t>
      </w:r>
    </w:p>
    <w:p>
      <w:r>
        <w:rPr>
          <w:sz w:val="20"/>
        </w:rPr>
        <w:t>20 July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https://hansard.parliament.uk/Lords/2026-07-20/debates/BFC1DB2E-CF43-4AFB-9E81-35033EC430CD/LifelongLearningFeeLimitsRegulations2026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