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Representation of the People Bill (Programme) (No. 2)</w:t>
      </w:r>
    </w:p>
    <w:p>
      <w:r>
        <w:rPr>
          <w:sz w:val="20"/>
        </w:rPr>
        <w:t>2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election laws, parliamentary procedure, representation of the people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https://hansard.parliament.uk/Commons/2026-09-02/debates/143D75B3-A3BA-42E5-8C66-F79703AE11E0/RepresentationOfThePeopleBillProgrammeNo2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