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Over the Counter Derivatives (Intragroup Transactions) Regulations 2026</w:t>
      </w:r>
    </w:p>
    <w:p>
      <w:r>
        <w:rPr>
          <w:sz w:val="20"/>
        </w:rPr>
        <w:t>2 September 2026  ·  Lords  ·  Committee Stage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https://hansard.parliament.uk/Lords/2026-09-02/debates/DA15B5B8-BD21-4C2A-8560-E88B50F7AE6D/OverTheCounterDerivativesIntragroupTransactionsRegulations2026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