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Trade Unions</w:t>
      </w:r>
    </w:p>
    <w:p>
      <w:r>
        <w:rPr>
          <w:sz w:val="20"/>
        </w:rPr>
        <w:t>15 July 2026  ·  Commons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https://hansard.parliament.uk/Commons/2026-07-15/debates/45292BD8-E40F-4DB0-A4B3-DE18AB442411/TradeUnions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