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Voter Identification (Amendment of List of Specified Documents) (Local Elections) (Northern Ireland) Order 2026</w:t>
      </w:r>
    </w:p>
    <w:p>
      <w:r>
        <w:rPr>
          <w:sz w:val="20"/>
        </w:rPr>
        <w:t>14 September 2026  ·  Lords  ·  Committee Stage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https://hansard.parliament.uk/Lords/2026-09-14/debates/247D495E-4A61-4CEA-B528-54EADE9111A1/VoterIdentificationAmendmentOfListOfSpecifiedDocumentsLocalElectionsNorthernIrelandOrder2026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