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Sovereign Grant Bill: Allocation of Time</w:t>
      </w:r>
    </w:p>
    <w:p>
      <w:r>
        <w:rPr>
          <w:sz w:val="20"/>
        </w:rPr>
        <w:t>14 September 2026  ·  Commons  ·  Debate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administration, 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allocation of time, sovereign grant bill, timetable motions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https://hansard.parliament.uk/Commons/2026-09-14/debates/944C9251-91A1-4592-9829-8FF084D55AB7/SovereignGrantBillAllocationOfTime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