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Introduction: Lord Leveson of Liverpool</w:t>
      </w:r>
    </w:p>
    <w:p>
      <w:r>
        <w:rPr>
          <w:sz w:val="20"/>
        </w:rPr>
        <w:t>14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https://hansard.parliament.uk/Lords/2026-09-14/debates/4C423535-C68D-4DD7-8000-F89C2B71B758/IntroductionLordLevesonOfLiverpool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