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13 May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committee stage arrangements,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https://hansard.parliament.uk/Lords/2025-05-13/debates/4DFA4E41-76BA-4B30-981B-A62B96574233/ArrangementOfBusiness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