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Jabbar</w:t>
      </w:r>
    </w:p>
    <w:p>
      <w:r>
        <w:rPr>
          <w:sz w:val="20"/>
        </w:rPr>
        <w:t>10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https://hansard.parliament.uk/Lords/2026-09-10/debates/4D7C6EA0-586D-4545-B097-F4DFB0904F4A/IntroductionLordJabbar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