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Lord Davey of Chalk Farm</w:t>
      </w:r>
    </w:p>
    <w:p>
      <w:r>
        <w:rPr>
          <w:sz w:val="20"/>
        </w:rPr>
        <w:t>10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https://hansard.parliament.uk/Lords/2026-09-10/debates/54D8256C-9A61-49B5-A55E-C4276A5B4CF5/IntroductionLordDaveyOfChalkFarm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