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10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https://hansard.parliament.uk/Lords/2026-09-10/debates/F3F9F91C-1D3C-4684-BE2D-97E9DED75F9B/ArrangementOfBusiness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