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Macintosh of Eastwood</w:t>
      </w:r>
    </w:p>
    <w:p>
      <w:r>
        <w:rPr>
          <w:sz w:val="20"/>
        </w:rPr>
        <w:t>1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https://hansard.parliament.uk/Lords/2026-09-01/debates/094EABD3-C44D-4623-91AA-044DF18A7252/IntroductionLordMacintoshOfEastwood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