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Introduction: Baroness Lowe of Armley</w:t>
      </w:r>
    </w:p>
    <w:p>
      <w:r>
        <w:rPr>
          <w:sz w:val="20"/>
        </w:rPr>
        <w:t>1 September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https://hansard.parliament.uk/Lords/2026-09-01/debates/57653558-9263-459F-BFE1-1874A0231E7F/IntroductionBaronessLoweOfArmley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