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Financial Services and Markets Bill</w:t>
      </w:r>
    </w:p>
    <w:p>
      <w:r>
        <w:rPr>
          <w:sz w:val="20"/>
        </w:rPr>
        <w:t>1 September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https://hansard.parliament.uk/Lords/2026-09-01/debates/21D46B2F-EAA9-4A32-BD14-0690D9656AD8/FinancialServicesAndMarketsBill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