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Deaths of Members</w:t>
      </w:r>
    </w:p>
    <w:p>
      <w:r>
        <w:rPr>
          <w:sz w:val="20"/>
        </w:rPr>
        <w:t>1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https://hansard.parliament.uk/Lords/2026-09-01/debates/A4C4063D-A0E5-4F24-9F6F-5A6160C5B24F/DeathsOfMembers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regret to inform the House of the deaths of the noble Lords, Lord Horam and Lord Snape, on 24 July and 13 August respectively. On behalf of the House, I extend our condolences to the noble Lords’ families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